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D1FDD4" w14:textId="77777777" w:rsidR="006D0BC0" w:rsidRPr="002661C0" w:rsidRDefault="006D0BC0" w:rsidP="006D0BC0">
      <w:pPr>
        <w:spacing w:after="120"/>
        <w:jc w:val="both"/>
        <w:rPr>
          <w:rFonts w:ascii="SimSun" w:eastAsia="SimSun" w:hAnsi="SimSun"/>
          <w:b/>
          <w:bCs/>
          <w:sz w:val="10"/>
          <w:szCs w:val="10"/>
          <w:lang w:eastAsia="zh-CN"/>
        </w:rPr>
      </w:pPr>
    </w:p>
    <w:p w14:paraId="3E1D042C" w14:textId="2F25B27C" w:rsidR="007A27CE" w:rsidRPr="002661C0" w:rsidRDefault="00634868" w:rsidP="006D0BC0">
      <w:pPr>
        <w:spacing w:after="120"/>
        <w:jc w:val="center"/>
        <w:rPr>
          <w:rFonts w:ascii="SimSun" w:eastAsia="SimSun" w:hAnsi="SimSun"/>
          <w:b/>
          <w:bCs/>
          <w:sz w:val="32"/>
          <w:szCs w:val="32"/>
          <w:lang w:eastAsia="zh-CN"/>
        </w:rPr>
      </w:pPr>
      <w:r w:rsidRPr="002661C0">
        <w:rPr>
          <w:rFonts w:ascii="SimSun" w:eastAsia="SimSun" w:hAnsi="SimSun" w:hint="eastAsia"/>
          <w:b/>
          <w:bCs/>
          <w:sz w:val="32"/>
          <w:szCs w:val="32"/>
          <w:lang w:eastAsia="zh-CN"/>
        </w:rPr>
        <w:t>马士基</w:t>
      </w:r>
      <w:r w:rsidR="003F60AD" w:rsidRPr="002661C0">
        <w:rPr>
          <w:rFonts w:ascii="SimSun" w:eastAsia="SimSun" w:hAnsi="SimSun" w:hint="eastAsia"/>
          <w:b/>
          <w:bCs/>
          <w:sz w:val="32"/>
          <w:szCs w:val="32"/>
          <w:lang w:eastAsia="zh-CN"/>
        </w:rPr>
        <w:t>华东地区</w:t>
      </w:r>
      <w:r w:rsidRPr="002661C0">
        <w:rPr>
          <w:rFonts w:ascii="SimSun" w:eastAsia="SimSun" w:hAnsi="SimSun" w:hint="eastAsia"/>
          <w:b/>
          <w:bCs/>
          <w:sz w:val="32"/>
          <w:szCs w:val="32"/>
          <w:lang w:eastAsia="zh-CN"/>
        </w:rPr>
        <w:t>销账流程</w:t>
      </w:r>
      <w:r w:rsidR="008B1CFE" w:rsidRPr="002661C0">
        <w:rPr>
          <w:rFonts w:ascii="SimSun" w:eastAsia="SimSun" w:hAnsi="SimSun" w:hint="eastAsia"/>
          <w:b/>
          <w:bCs/>
          <w:sz w:val="32"/>
          <w:szCs w:val="32"/>
          <w:lang w:eastAsia="zh-CN"/>
        </w:rPr>
        <w:t>说明</w:t>
      </w:r>
      <w:r w:rsidR="003F60AD" w:rsidRPr="002661C0">
        <w:rPr>
          <w:rFonts w:ascii="SimSun" w:eastAsia="SimSun" w:hAnsi="SimSun" w:hint="eastAsia"/>
          <w:b/>
          <w:bCs/>
          <w:sz w:val="32"/>
          <w:szCs w:val="32"/>
          <w:lang w:eastAsia="zh-CN"/>
        </w:rPr>
        <w:t>及注意事项</w:t>
      </w:r>
    </w:p>
    <w:p w14:paraId="287C4D93" w14:textId="77777777" w:rsidR="007A27CE" w:rsidRPr="002661C0" w:rsidRDefault="00333CCE" w:rsidP="002C2A37">
      <w:pPr>
        <w:spacing w:after="60"/>
        <w:rPr>
          <w:rFonts w:ascii="SimSun" w:eastAsia="SimSun" w:hAnsi="SimSun" w:cs="Microsoft YaHei"/>
          <w:lang w:eastAsia="zh-CN"/>
        </w:rPr>
      </w:pPr>
      <w:r w:rsidRPr="002661C0">
        <w:rPr>
          <w:rFonts w:ascii="SimSun" w:eastAsia="SimSun" w:hAnsi="SimSun" w:cs="Microsoft YaHei"/>
          <w:lang w:eastAsia="zh-CN"/>
        </w:rPr>
        <w:t>尊敬的客户，</w:t>
      </w:r>
    </w:p>
    <w:p w14:paraId="37CBBE95" w14:textId="77777777" w:rsidR="00881EE5" w:rsidRPr="002661C0" w:rsidRDefault="00333CCE" w:rsidP="00426362">
      <w:pPr>
        <w:spacing w:after="60"/>
        <w:ind w:firstLineChars="200" w:firstLine="440"/>
        <w:rPr>
          <w:rFonts w:ascii="SimSun" w:eastAsia="SimSun" w:hAnsi="SimSun" w:cs="Microsoft YaHei"/>
          <w:lang w:eastAsia="zh-CN"/>
        </w:rPr>
      </w:pPr>
      <w:r w:rsidRPr="002661C0">
        <w:rPr>
          <w:rFonts w:ascii="SimSun" w:eastAsia="SimSun" w:hAnsi="SimSun" w:cs="Microsoft YaHei"/>
          <w:lang w:eastAsia="zh-CN"/>
        </w:rPr>
        <w:t>感谢您</w:t>
      </w:r>
      <w:r w:rsidR="007A27CE" w:rsidRPr="002661C0">
        <w:rPr>
          <w:rFonts w:ascii="SimSun" w:eastAsia="SimSun" w:hAnsi="SimSun" w:cs="Microsoft YaHei" w:hint="eastAsia"/>
          <w:lang w:eastAsia="zh-CN"/>
        </w:rPr>
        <w:t>选择与马士基合作</w:t>
      </w:r>
      <w:r w:rsidRPr="002661C0">
        <w:rPr>
          <w:rFonts w:ascii="SimSun" w:eastAsia="SimSun" w:hAnsi="SimSun" w:cs="Microsoft YaHei"/>
          <w:lang w:eastAsia="zh-CN"/>
        </w:rPr>
        <w:t>。为了简化您的付款</w:t>
      </w:r>
      <w:r w:rsidR="007A27CE" w:rsidRPr="002661C0">
        <w:rPr>
          <w:rFonts w:ascii="SimSun" w:eastAsia="SimSun" w:hAnsi="SimSun" w:cs="Microsoft YaHei" w:hint="eastAsia"/>
          <w:lang w:eastAsia="zh-CN"/>
        </w:rPr>
        <w:t>结</w:t>
      </w:r>
      <w:r w:rsidRPr="002661C0">
        <w:rPr>
          <w:rFonts w:ascii="SimSun" w:eastAsia="SimSun" w:hAnsi="SimSun" w:cs="Microsoft YaHei"/>
          <w:lang w:eastAsia="zh-CN"/>
        </w:rPr>
        <w:t>算流程并确保及时放行</w:t>
      </w:r>
      <w:r w:rsidR="00AB6079" w:rsidRPr="002661C0">
        <w:rPr>
          <w:rFonts w:ascii="SimSun" w:eastAsia="SimSun" w:hAnsi="SimSun" w:cs="Microsoft YaHei" w:hint="eastAsia"/>
          <w:lang w:eastAsia="zh-CN"/>
        </w:rPr>
        <w:t>提单和</w:t>
      </w:r>
      <w:r w:rsidRPr="002661C0">
        <w:rPr>
          <w:rFonts w:ascii="SimSun" w:eastAsia="SimSun" w:hAnsi="SimSun" w:cs="Microsoft YaHei"/>
          <w:lang w:eastAsia="zh-CN"/>
        </w:rPr>
        <w:t>货物，请遵循以下详细说明。</w:t>
      </w:r>
    </w:p>
    <w:p w14:paraId="64E85B76" w14:textId="78E9FFDF" w:rsidR="007A27CE" w:rsidRPr="002661C0" w:rsidRDefault="008A73F6" w:rsidP="00426362">
      <w:pPr>
        <w:spacing w:after="60"/>
        <w:ind w:firstLineChars="200" w:firstLine="440"/>
        <w:rPr>
          <w:rFonts w:ascii="SimSun" w:eastAsia="SimSun" w:hAnsi="SimSun" w:cs="Microsoft YaHei"/>
          <w:lang w:eastAsia="zh-CN"/>
        </w:rPr>
      </w:pPr>
      <w:r w:rsidRPr="002661C0">
        <w:rPr>
          <w:rFonts w:ascii="SimSun" w:eastAsia="SimSun" w:hAnsi="SimSun" w:cs="Microsoft YaHei" w:hint="eastAsia"/>
          <w:lang w:eastAsia="zh-CN"/>
        </w:rPr>
        <w:t>对于</w:t>
      </w:r>
      <w:r w:rsidR="00333CCE" w:rsidRPr="002661C0">
        <w:rPr>
          <w:rFonts w:ascii="SimSun" w:eastAsia="SimSun" w:hAnsi="SimSun" w:cs="Microsoft YaHei"/>
          <w:lang w:eastAsia="zh-CN"/>
        </w:rPr>
        <w:t>华东地区（付款至马士基宁波、上海、福州、厦门或南京</w:t>
      </w:r>
      <w:r w:rsidR="00131A04" w:rsidRPr="002661C0">
        <w:rPr>
          <w:rFonts w:ascii="SimSun" w:eastAsia="SimSun" w:hAnsi="SimSun" w:cs="Microsoft YaHei" w:hint="eastAsia"/>
          <w:lang w:eastAsia="zh-CN"/>
        </w:rPr>
        <w:t>），</w:t>
      </w:r>
      <w:r w:rsidR="00333CCE" w:rsidRPr="002661C0">
        <w:rPr>
          <w:rFonts w:ascii="SimSun" w:eastAsia="SimSun" w:hAnsi="SimSun" w:cs="Microsoft YaHei"/>
          <w:lang w:eastAsia="zh-CN"/>
        </w:rPr>
        <w:t>马士基接受以下付款方式：</w:t>
      </w:r>
    </w:p>
    <w:p w14:paraId="4578B6CA" w14:textId="2EB11AC8" w:rsidR="007A27CE" w:rsidRPr="002661C0" w:rsidRDefault="00333CCE" w:rsidP="00426362">
      <w:pPr>
        <w:spacing w:after="60"/>
        <w:rPr>
          <w:rFonts w:ascii="SimSun" w:eastAsia="SimSun" w:hAnsi="SimSun"/>
          <w:lang w:eastAsia="zh-CN"/>
        </w:rPr>
      </w:pPr>
      <w:r w:rsidRPr="002661C0">
        <w:rPr>
          <w:rFonts w:ascii="SimSun" w:eastAsia="SimSun" w:hAnsi="SimSun"/>
          <w:b/>
          <w:bCs/>
          <w:lang w:eastAsia="zh-CN"/>
        </w:rPr>
        <w:t xml:space="preserve">1. </w:t>
      </w:r>
      <w:r w:rsidR="00B20F00" w:rsidRPr="002661C0">
        <w:rPr>
          <w:rFonts w:ascii="SimSun" w:eastAsia="SimSun" w:hAnsi="SimSun" w:hint="eastAsia"/>
          <w:b/>
          <w:bCs/>
          <w:lang w:eastAsia="zh-CN"/>
        </w:rPr>
        <w:t>电子支付</w:t>
      </w:r>
      <w:r w:rsidR="000E16DB" w:rsidRPr="002661C0">
        <w:rPr>
          <w:rFonts w:ascii="SimSun" w:eastAsia="SimSun" w:hAnsi="SimSun" w:hint="eastAsia"/>
          <w:b/>
          <w:bCs/>
          <w:lang w:eastAsia="zh-CN"/>
        </w:rPr>
        <w:t>China E-Pay</w:t>
      </w:r>
      <w:r w:rsidRPr="002661C0">
        <w:rPr>
          <w:rFonts w:ascii="SimSun" w:eastAsia="SimSun" w:hAnsi="SimSun"/>
          <w:b/>
          <w:bCs/>
          <w:lang w:eastAsia="zh-CN"/>
        </w:rPr>
        <w:t>（仅限人民币）</w:t>
      </w:r>
      <w:r w:rsidRPr="002661C0">
        <w:rPr>
          <w:rFonts w:ascii="SimSun" w:eastAsia="SimSun" w:hAnsi="SimSun"/>
          <w:lang w:eastAsia="zh-CN"/>
        </w:rPr>
        <w:br/>
        <w:t xml:space="preserve">   使用马士基</w:t>
      </w:r>
      <w:r w:rsidR="00EC43BD" w:rsidRPr="002661C0">
        <w:rPr>
          <w:rFonts w:ascii="SimSun" w:eastAsia="SimSun" w:hAnsi="SimSun" w:hint="eastAsia"/>
          <w:lang w:eastAsia="zh-CN"/>
        </w:rPr>
        <w:t>官网“</w:t>
      </w:r>
      <w:r w:rsidR="007A27CE" w:rsidRPr="002661C0">
        <w:rPr>
          <w:rFonts w:ascii="SimSun" w:eastAsia="SimSun" w:hAnsi="SimSun" w:hint="eastAsia"/>
          <w:lang w:eastAsia="zh-CN"/>
        </w:rPr>
        <w:t xml:space="preserve">My </w:t>
      </w:r>
      <w:r w:rsidR="007A27CE" w:rsidRPr="002661C0">
        <w:rPr>
          <w:rFonts w:ascii="SimSun" w:eastAsia="SimSun" w:hAnsi="SimSun"/>
          <w:lang w:eastAsia="zh-CN"/>
        </w:rPr>
        <w:t>Finance</w:t>
      </w:r>
      <w:r w:rsidRPr="002661C0">
        <w:rPr>
          <w:rFonts w:ascii="SimSun" w:eastAsia="SimSun" w:hAnsi="SimSun"/>
          <w:lang w:eastAsia="zh-CN"/>
        </w:rPr>
        <w:t>”</w:t>
      </w:r>
      <w:r w:rsidR="00F31E66" w:rsidRPr="002661C0">
        <w:rPr>
          <w:rFonts w:ascii="SimSun" w:eastAsia="SimSun" w:hAnsi="SimSun" w:hint="eastAsia"/>
          <w:lang w:eastAsia="zh-CN"/>
        </w:rPr>
        <w:t>栏目</w:t>
      </w:r>
      <w:r w:rsidRPr="002661C0">
        <w:rPr>
          <w:rFonts w:ascii="SimSun" w:eastAsia="SimSun" w:hAnsi="SimSun"/>
          <w:lang w:eastAsia="zh-CN"/>
        </w:rPr>
        <w:t>的China E-Pay功能。</w:t>
      </w:r>
      <w:r w:rsidRPr="002661C0">
        <w:rPr>
          <w:rFonts w:ascii="SimSun" w:eastAsia="SimSun" w:hAnsi="SimSun"/>
          <w:lang w:eastAsia="zh-CN"/>
        </w:rPr>
        <w:br/>
        <w:t xml:space="preserve">   通过此方式支付，您将享受7X24小时即时</w:t>
      </w:r>
      <w:r w:rsidR="00165933" w:rsidRPr="002661C0">
        <w:rPr>
          <w:rFonts w:ascii="SimSun" w:eastAsia="SimSun" w:hAnsi="SimSun" w:hint="eastAsia"/>
          <w:lang w:eastAsia="zh-CN"/>
        </w:rPr>
        <w:t>销账</w:t>
      </w:r>
      <w:r w:rsidRPr="002661C0">
        <w:rPr>
          <w:rFonts w:ascii="SimSun" w:eastAsia="SimSun" w:hAnsi="SimSun"/>
          <w:lang w:eastAsia="zh-CN"/>
        </w:rPr>
        <w:t>放</w:t>
      </w:r>
      <w:r w:rsidR="00BA18F6" w:rsidRPr="002661C0">
        <w:rPr>
          <w:rFonts w:ascii="SimSun" w:eastAsia="SimSun" w:hAnsi="SimSun" w:hint="eastAsia"/>
          <w:lang w:eastAsia="zh-CN"/>
        </w:rPr>
        <w:t>单</w:t>
      </w:r>
      <w:r w:rsidRPr="002661C0">
        <w:rPr>
          <w:rFonts w:ascii="SimSun" w:eastAsia="SimSun" w:hAnsi="SimSun"/>
          <w:lang w:eastAsia="zh-CN"/>
        </w:rPr>
        <w:t>服务</w:t>
      </w:r>
      <w:r w:rsidR="00DB7060">
        <w:rPr>
          <w:rFonts w:ascii="SimSun" w:eastAsia="SimSun" w:hAnsi="SimSun" w:hint="eastAsia"/>
          <w:lang w:eastAsia="zh-CN"/>
        </w:rPr>
        <w:t>，</w:t>
      </w:r>
      <w:r w:rsidR="005A0C64" w:rsidRPr="001B4B58">
        <w:rPr>
          <w:rFonts w:ascii="SimSun" w:eastAsia="SimSun" w:hAnsi="SimSun" w:hint="eastAsia"/>
          <w:lang w:eastAsia="zh-CN"/>
        </w:rPr>
        <w:t>发票将在</w:t>
      </w:r>
      <w:r w:rsidR="001A5B2C">
        <w:rPr>
          <w:rFonts w:ascii="SimSun" w:eastAsia="SimSun" w:hAnsi="SimSun" w:hint="eastAsia"/>
          <w:lang w:eastAsia="zh-CN"/>
        </w:rPr>
        <w:t>下个</w:t>
      </w:r>
      <w:r w:rsidR="005A0C64" w:rsidRPr="001B4B58">
        <w:rPr>
          <w:rFonts w:ascii="SimSun" w:eastAsia="SimSun" w:hAnsi="SimSun" w:hint="eastAsia"/>
          <w:lang w:eastAsia="zh-CN"/>
        </w:rPr>
        <w:t>工作日自动发送。</w:t>
      </w:r>
      <w:r w:rsidRPr="002661C0">
        <w:rPr>
          <w:rFonts w:ascii="SimSun" w:eastAsia="SimSun" w:hAnsi="SimSun"/>
          <w:lang w:eastAsia="zh-CN"/>
        </w:rPr>
        <w:br/>
      </w:r>
      <w:r w:rsidRPr="002661C0">
        <w:rPr>
          <w:rFonts w:ascii="SimSun" w:eastAsia="SimSun" w:hAnsi="SimSun"/>
          <w:b/>
          <w:bCs/>
          <w:lang w:eastAsia="zh-CN"/>
        </w:rPr>
        <w:t>2. 线下支付（人民币或美元）</w:t>
      </w:r>
      <w:r w:rsidRPr="002661C0">
        <w:rPr>
          <w:rFonts w:ascii="SimSun" w:eastAsia="SimSun" w:hAnsi="SimSun"/>
          <w:lang w:eastAsia="zh-CN"/>
        </w:rPr>
        <w:br/>
        <w:t xml:space="preserve">   通过银行转账进行支付并获取付款凭证。</w:t>
      </w:r>
      <w:r w:rsidRPr="002661C0">
        <w:rPr>
          <w:rFonts w:ascii="SimSun" w:eastAsia="SimSun" w:hAnsi="SimSun"/>
          <w:lang w:eastAsia="zh-CN"/>
        </w:rPr>
        <w:br/>
        <w:t xml:space="preserve">   完成付款后，</w:t>
      </w:r>
      <w:r w:rsidR="007A27CE" w:rsidRPr="002661C0">
        <w:rPr>
          <w:rFonts w:ascii="SimSun" w:eastAsia="SimSun" w:hAnsi="SimSun" w:hint="eastAsia"/>
          <w:lang w:eastAsia="zh-CN"/>
        </w:rPr>
        <w:t>您可以选择两种方式完成账单核销</w:t>
      </w:r>
      <w:r w:rsidRPr="002661C0">
        <w:rPr>
          <w:rFonts w:ascii="SimSun" w:eastAsia="SimSun" w:hAnsi="SimSun"/>
          <w:lang w:eastAsia="zh-CN"/>
        </w:rPr>
        <w:t>：</w:t>
      </w:r>
    </w:p>
    <w:p w14:paraId="16F7A2C7" w14:textId="6D963DBA" w:rsidR="007A27CE" w:rsidRPr="002661C0" w:rsidRDefault="00333CCE" w:rsidP="00426362">
      <w:pPr>
        <w:pStyle w:val="ListParagraph"/>
        <w:numPr>
          <w:ilvl w:val="0"/>
          <w:numId w:val="12"/>
        </w:numPr>
        <w:spacing w:after="60"/>
        <w:rPr>
          <w:rFonts w:ascii="SimSun" w:eastAsia="SimSun" w:hAnsi="SimSun"/>
          <w:lang w:eastAsia="zh-CN"/>
        </w:rPr>
      </w:pPr>
      <w:r w:rsidRPr="002661C0">
        <w:rPr>
          <w:rFonts w:ascii="SimSun" w:eastAsia="SimSun" w:hAnsi="SimSun"/>
          <w:b/>
          <w:bCs/>
          <w:lang w:eastAsia="zh-CN"/>
        </w:rPr>
        <w:t>快速方案（仅限美元）：</w:t>
      </w:r>
      <w:r w:rsidRPr="002661C0">
        <w:rPr>
          <w:rFonts w:ascii="SimSun" w:eastAsia="SimSun" w:hAnsi="SimSun"/>
          <w:lang w:eastAsia="zh-CN"/>
        </w:rPr>
        <w:t>使用“</w:t>
      </w:r>
      <w:r w:rsidR="00BB3E21" w:rsidRPr="002661C0">
        <w:rPr>
          <w:rFonts w:ascii="SimSun" w:eastAsia="SimSun" w:hAnsi="SimSun" w:hint="eastAsia"/>
          <w:lang w:eastAsia="zh-CN"/>
        </w:rPr>
        <w:t>My Finance</w:t>
      </w:r>
      <w:r w:rsidRPr="002661C0">
        <w:rPr>
          <w:rFonts w:ascii="SimSun" w:eastAsia="SimSun" w:hAnsi="SimSun"/>
          <w:lang w:eastAsia="zh-CN"/>
        </w:rPr>
        <w:t>”中的Pay to Release（PTR）功能提交付款凭证，</w:t>
      </w:r>
      <w:r w:rsidR="00551546" w:rsidRPr="002661C0">
        <w:rPr>
          <w:rFonts w:ascii="SimSun" w:eastAsia="SimSun" w:hAnsi="SimSun" w:hint="eastAsia"/>
          <w:lang w:eastAsia="zh-CN"/>
        </w:rPr>
        <w:t>销账将比普通方案快50%</w:t>
      </w:r>
      <w:r w:rsidRPr="002661C0">
        <w:rPr>
          <w:rFonts w:ascii="SimSun" w:eastAsia="SimSun" w:hAnsi="SimSun"/>
          <w:lang w:eastAsia="zh-CN"/>
        </w:rPr>
        <w:t>。</w:t>
      </w:r>
    </w:p>
    <w:p w14:paraId="4861B2C6" w14:textId="753109CD" w:rsidR="007A27CE" w:rsidRPr="002661C0" w:rsidRDefault="00551546" w:rsidP="00426362">
      <w:pPr>
        <w:pStyle w:val="ListParagraph"/>
        <w:numPr>
          <w:ilvl w:val="0"/>
          <w:numId w:val="12"/>
        </w:numPr>
        <w:spacing w:after="60"/>
        <w:rPr>
          <w:rFonts w:ascii="SimSun" w:eastAsia="SimSun" w:hAnsi="SimSun"/>
          <w:lang w:eastAsia="zh-CN"/>
        </w:rPr>
      </w:pPr>
      <w:r w:rsidRPr="002661C0">
        <w:rPr>
          <w:rFonts w:ascii="SimSun" w:eastAsia="SimSun" w:hAnsi="SimSun" w:hint="eastAsia"/>
          <w:b/>
          <w:bCs/>
          <w:lang w:eastAsia="zh-CN"/>
        </w:rPr>
        <w:t>普通</w:t>
      </w:r>
      <w:r w:rsidR="00333CCE" w:rsidRPr="002661C0">
        <w:rPr>
          <w:rFonts w:ascii="SimSun" w:eastAsia="SimSun" w:hAnsi="SimSun"/>
          <w:b/>
          <w:bCs/>
          <w:lang w:eastAsia="zh-CN"/>
        </w:rPr>
        <w:t>方案（人民币和美元均适用）：</w:t>
      </w:r>
      <w:r w:rsidR="00333CCE" w:rsidRPr="002661C0">
        <w:rPr>
          <w:rFonts w:ascii="SimSun" w:eastAsia="SimSun" w:hAnsi="SimSun"/>
          <w:lang w:eastAsia="zh-CN"/>
        </w:rPr>
        <w:t>将付款凭证与</w:t>
      </w:r>
      <w:r w:rsidR="00D51BF5" w:rsidRPr="002661C0">
        <w:rPr>
          <w:rFonts w:ascii="SimSun" w:eastAsia="SimSun" w:hAnsi="SimSun" w:hint="eastAsia"/>
          <w:lang w:eastAsia="zh-CN"/>
        </w:rPr>
        <w:t>提单明细</w:t>
      </w:r>
      <w:r w:rsidR="00333CCE" w:rsidRPr="002661C0">
        <w:rPr>
          <w:rFonts w:ascii="SimSun" w:eastAsia="SimSun" w:hAnsi="SimSun"/>
          <w:lang w:eastAsia="zh-CN"/>
        </w:rPr>
        <w:t>（如果</w:t>
      </w:r>
      <w:r w:rsidR="00D51BF5" w:rsidRPr="002661C0">
        <w:rPr>
          <w:rFonts w:ascii="SimSun" w:eastAsia="SimSun" w:hAnsi="SimSun" w:hint="eastAsia"/>
          <w:lang w:eastAsia="zh-CN"/>
        </w:rPr>
        <w:t>是人民币付款，请</w:t>
      </w:r>
      <w:r w:rsidR="002D1E03" w:rsidRPr="002661C0">
        <w:rPr>
          <w:rFonts w:ascii="SimSun" w:eastAsia="SimSun" w:hAnsi="SimSun" w:hint="eastAsia"/>
          <w:lang w:eastAsia="zh-CN"/>
        </w:rPr>
        <w:t>同时</w:t>
      </w:r>
      <w:r w:rsidR="00333CCE" w:rsidRPr="002661C0">
        <w:rPr>
          <w:rFonts w:ascii="SimSun" w:eastAsia="SimSun" w:hAnsi="SimSun"/>
          <w:lang w:eastAsia="zh-CN"/>
        </w:rPr>
        <w:t>提供发票</w:t>
      </w:r>
      <w:r w:rsidR="00D51BF5" w:rsidRPr="002661C0">
        <w:rPr>
          <w:rFonts w:ascii="SimSun" w:eastAsia="SimSun" w:hAnsi="SimSun" w:hint="eastAsia"/>
          <w:lang w:eastAsia="zh-CN"/>
        </w:rPr>
        <w:t>申请表</w:t>
      </w:r>
      <w:r w:rsidR="00333CCE" w:rsidRPr="002661C0">
        <w:rPr>
          <w:rFonts w:ascii="SimSun" w:eastAsia="SimSun" w:hAnsi="SimSun"/>
          <w:lang w:eastAsia="zh-CN"/>
        </w:rPr>
        <w:t>）发送至PRECOU@maersk.com。</w:t>
      </w:r>
      <w:r w:rsidR="00B731C4" w:rsidRPr="002661C0">
        <w:rPr>
          <w:rFonts w:ascii="SimSun" w:eastAsia="SimSun" w:hAnsi="SimSun" w:hint="eastAsia"/>
          <w:lang w:eastAsia="zh-CN"/>
        </w:rPr>
        <w:t>我司</w:t>
      </w:r>
      <w:r w:rsidR="00B8030D" w:rsidRPr="002661C0">
        <w:rPr>
          <w:rFonts w:ascii="SimSun" w:eastAsia="SimSun" w:hAnsi="SimSun" w:hint="eastAsia"/>
          <w:lang w:eastAsia="zh-CN"/>
        </w:rPr>
        <w:t>将</w:t>
      </w:r>
      <w:r w:rsidR="002100D8" w:rsidRPr="002661C0">
        <w:rPr>
          <w:rFonts w:ascii="SimSun" w:eastAsia="SimSun" w:hAnsi="SimSun" w:hint="eastAsia"/>
          <w:lang w:eastAsia="zh-CN"/>
        </w:rPr>
        <w:t>审核发票申请并</w:t>
      </w:r>
      <w:r w:rsidR="00CC3219" w:rsidRPr="002661C0">
        <w:rPr>
          <w:rFonts w:ascii="SimSun" w:eastAsia="SimSun" w:hAnsi="SimSun"/>
          <w:lang w:eastAsia="zh-CN"/>
        </w:rPr>
        <w:t>在资金到达马士基账户后</w:t>
      </w:r>
      <w:r w:rsidR="00B8030D" w:rsidRPr="002661C0">
        <w:rPr>
          <w:rFonts w:ascii="SimSun" w:eastAsia="SimSun" w:hAnsi="SimSun" w:hint="eastAsia"/>
          <w:lang w:eastAsia="zh-CN"/>
        </w:rPr>
        <w:t>的</w:t>
      </w:r>
      <w:r w:rsidR="00333CCE" w:rsidRPr="002661C0">
        <w:rPr>
          <w:rFonts w:ascii="SimSun" w:eastAsia="SimSun" w:hAnsi="SimSun"/>
          <w:lang w:eastAsia="zh-CN"/>
        </w:rPr>
        <w:t>一个工作日</w:t>
      </w:r>
      <w:r w:rsidR="007A27CE" w:rsidRPr="002661C0">
        <w:rPr>
          <w:rFonts w:ascii="SimSun" w:eastAsia="SimSun" w:hAnsi="SimSun" w:hint="eastAsia"/>
          <w:lang w:eastAsia="zh-CN"/>
        </w:rPr>
        <w:t>内完成</w:t>
      </w:r>
      <w:r w:rsidR="00C02AA6" w:rsidRPr="002661C0">
        <w:rPr>
          <w:rFonts w:ascii="SimSun" w:eastAsia="SimSun" w:hAnsi="SimSun" w:hint="eastAsia"/>
          <w:lang w:eastAsia="zh-CN"/>
        </w:rPr>
        <w:t>人工核销</w:t>
      </w:r>
      <w:r w:rsidR="00333CCE" w:rsidRPr="002661C0">
        <w:rPr>
          <w:rFonts w:ascii="SimSun" w:eastAsia="SimSun" w:hAnsi="SimSun"/>
          <w:lang w:eastAsia="zh-CN"/>
        </w:rPr>
        <w:t>。</w:t>
      </w:r>
    </w:p>
    <w:p w14:paraId="4F5DEAB6" w14:textId="182A1F18" w:rsidR="007A27CE" w:rsidRPr="002661C0" w:rsidRDefault="002E137F" w:rsidP="00076A32">
      <w:pPr>
        <w:spacing w:after="60"/>
        <w:ind w:leftChars="200" w:left="440"/>
        <w:rPr>
          <w:rFonts w:ascii="SimSun" w:eastAsia="SimSun" w:hAnsi="SimSun"/>
          <w:b/>
          <w:bCs/>
          <w:lang w:eastAsia="zh-CN"/>
        </w:rPr>
      </w:pPr>
      <w:r w:rsidRPr="002661C0">
        <w:rPr>
          <w:rFonts w:ascii="SimSun" w:eastAsia="SimSun" w:hAnsi="SimSun" w:hint="eastAsia"/>
          <w:b/>
          <w:bCs/>
          <w:lang w:eastAsia="zh-CN"/>
        </w:rPr>
        <w:t>温馨提示</w:t>
      </w:r>
      <w:r w:rsidR="00333CCE" w:rsidRPr="002661C0">
        <w:rPr>
          <w:rFonts w:ascii="SimSun" w:eastAsia="SimSun" w:hAnsi="SimSun"/>
          <w:b/>
          <w:bCs/>
          <w:lang w:eastAsia="zh-CN"/>
        </w:rPr>
        <w:t>：</w:t>
      </w:r>
      <w:r w:rsidR="00AE69A3" w:rsidRPr="002661C0">
        <w:rPr>
          <w:rFonts w:ascii="SimSun" w:eastAsia="SimSun" w:hAnsi="SimSun"/>
          <w:b/>
          <w:bCs/>
          <w:lang w:eastAsia="zh-CN"/>
        </w:rPr>
        <w:t xml:space="preserve"> </w:t>
      </w:r>
    </w:p>
    <w:p w14:paraId="5CB5813E" w14:textId="0E2944FE" w:rsidR="006B130A" w:rsidRPr="002661C0" w:rsidRDefault="006B130A" w:rsidP="00076A32">
      <w:pPr>
        <w:pStyle w:val="ListParagraph"/>
        <w:numPr>
          <w:ilvl w:val="0"/>
          <w:numId w:val="11"/>
        </w:numPr>
        <w:spacing w:after="60"/>
        <w:ind w:leftChars="200" w:left="880"/>
        <w:rPr>
          <w:rFonts w:ascii="SimSun" w:eastAsia="SimSun" w:hAnsi="SimSun"/>
          <w:lang w:eastAsia="zh-CN"/>
        </w:rPr>
      </w:pPr>
      <w:r w:rsidRPr="002661C0">
        <w:rPr>
          <w:rFonts w:ascii="SimSun" w:eastAsia="SimSun" w:hAnsi="SimSun"/>
          <w:lang w:eastAsia="zh-CN"/>
        </w:rPr>
        <w:t>人民币</w:t>
      </w:r>
      <w:r w:rsidR="00323B3A">
        <w:rPr>
          <w:rFonts w:ascii="SimSun" w:eastAsia="SimSun" w:hAnsi="SimSun" w:hint="eastAsia"/>
          <w:lang w:eastAsia="zh-CN"/>
        </w:rPr>
        <w:t>付款</w:t>
      </w:r>
      <w:r w:rsidRPr="002661C0">
        <w:rPr>
          <w:rFonts w:ascii="SimSun" w:eastAsia="SimSun" w:hAnsi="SimSun"/>
          <w:lang w:eastAsia="zh-CN"/>
        </w:rPr>
        <w:t>需要0-1天到账，美元</w:t>
      </w:r>
      <w:r w:rsidR="00843600">
        <w:rPr>
          <w:rFonts w:ascii="SimSun" w:eastAsia="SimSun" w:hAnsi="SimSun" w:hint="eastAsia"/>
          <w:lang w:eastAsia="zh-CN"/>
        </w:rPr>
        <w:t>付款</w:t>
      </w:r>
      <w:r w:rsidRPr="002661C0">
        <w:rPr>
          <w:rFonts w:ascii="SimSun" w:eastAsia="SimSun" w:hAnsi="SimSun"/>
          <w:lang w:eastAsia="zh-CN"/>
        </w:rPr>
        <w:t>需要1-3天到账。只有在资金到达马士基账户后，</w:t>
      </w:r>
      <w:r w:rsidR="00F04867" w:rsidRPr="002661C0">
        <w:rPr>
          <w:rFonts w:ascii="SimSun" w:eastAsia="SimSun" w:hAnsi="SimSun" w:hint="eastAsia"/>
          <w:lang w:eastAsia="zh-CN"/>
        </w:rPr>
        <w:t>人工核销</w:t>
      </w:r>
      <w:r w:rsidRPr="002661C0">
        <w:rPr>
          <w:rFonts w:ascii="SimSun" w:eastAsia="SimSun" w:hAnsi="SimSun"/>
          <w:lang w:eastAsia="zh-CN"/>
        </w:rPr>
        <w:t>才会开始</w:t>
      </w:r>
      <w:r w:rsidR="007D19DD">
        <w:rPr>
          <w:rFonts w:ascii="SimSun" w:eastAsia="SimSun" w:hAnsi="SimSun" w:hint="eastAsia"/>
          <w:lang w:eastAsia="zh-CN"/>
        </w:rPr>
        <w:t>，</w:t>
      </w:r>
      <w:r w:rsidR="004E4DC8" w:rsidRPr="002661C0">
        <w:rPr>
          <w:rFonts w:ascii="SimSun" w:eastAsia="SimSun" w:hAnsi="SimSun"/>
          <w:lang w:eastAsia="zh-CN"/>
        </w:rPr>
        <w:t>请预留足够的</w:t>
      </w:r>
      <w:r w:rsidR="007D19DD">
        <w:rPr>
          <w:rFonts w:ascii="SimSun" w:eastAsia="SimSun" w:hAnsi="SimSun" w:hint="eastAsia"/>
          <w:lang w:eastAsia="zh-CN"/>
        </w:rPr>
        <w:t>时间。</w:t>
      </w:r>
    </w:p>
    <w:p w14:paraId="6CC7AC13" w14:textId="77777777" w:rsidR="0039533F" w:rsidRPr="00853345" w:rsidRDefault="0039533F" w:rsidP="00076A32">
      <w:pPr>
        <w:pStyle w:val="ListParagraph"/>
        <w:numPr>
          <w:ilvl w:val="0"/>
          <w:numId w:val="11"/>
        </w:numPr>
        <w:spacing w:after="60"/>
        <w:ind w:leftChars="200" w:left="880"/>
        <w:rPr>
          <w:rFonts w:ascii="SimSun" w:eastAsia="SimSun" w:hAnsi="SimSun"/>
          <w:lang w:eastAsia="zh-CN"/>
        </w:rPr>
      </w:pPr>
      <w:r w:rsidRPr="00853345">
        <w:rPr>
          <w:rFonts w:ascii="SimSun" w:eastAsia="SimSun" w:hAnsi="SimSun"/>
          <w:lang w:eastAsia="zh-CN"/>
        </w:rPr>
        <w:t>发票</w:t>
      </w:r>
      <w:r>
        <w:rPr>
          <w:rFonts w:ascii="SimSun" w:eastAsia="SimSun" w:hAnsi="SimSun" w:hint="eastAsia"/>
          <w:lang w:eastAsia="zh-CN"/>
        </w:rPr>
        <w:t>开具</w:t>
      </w:r>
      <w:r w:rsidRPr="00853345">
        <w:rPr>
          <w:rFonts w:ascii="SimSun" w:eastAsia="SimSun" w:hAnsi="SimSun" w:hint="eastAsia"/>
          <w:lang w:eastAsia="zh-CN"/>
        </w:rPr>
        <w:t>需要</w:t>
      </w:r>
      <w:r w:rsidRPr="00853345">
        <w:rPr>
          <w:rFonts w:ascii="SimSun" w:eastAsia="SimSun" w:hAnsi="SimSun"/>
          <w:lang w:eastAsia="zh-CN"/>
        </w:rPr>
        <w:t>0-1天完成，请</w:t>
      </w:r>
      <w:r w:rsidRPr="00853345">
        <w:rPr>
          <w:rFonts w:ascii="SimSun" w:eastAsia="SimSun" w:hAnsi="SimSun" w:hint="eastAsia"/>
          <w:lang w:eastAsia="zh-CN"/>
        </w:rPr>
        <w:t>尽早提交</w:t>
      </w:r>
      <w:r>
        <w:rPr>
          <w:rFonts w:ascii="SimSun" w:eastAsia="SimSun" w:hAnsi="SimSun" w:hint="eastAsia"/>
          <w:lang w:eastAsia="zh-CN"/>
        </w:rPr>
        <w:t>准确的</w:t>
      </w:r>
      <w:r w:rsidRPr="00853345">
        <w:rPr>
          <w:rFonts w:ascii="SimSun" w:eastAsia="SimSun" w:hAnsi="SimSun" w:hint="eastAsia"/>
          <w:lang w:eastAsia="zh-CN"/>
        </w:rPr>
        <w:t>发票</w:t>
      </w:r>
      <w:r w:rsidRPr="00853345">
        <w:rPr>
          <w:rFonts w:ascii="SimSun" w:eastAsia="SimSun" w:hAnsi="SimSun"/>
          <w:lang w:eastAsia="zh-CN"/>
        </w:rPr>
        <w:t>申请</w:t>
      </w:r>
      <w:r>
        <w:rPr>
          <w:rFonts w:ascii="SimSun" w:eastAsia="SimSun" w:hAnsi="SimSun" w:hint="eastAsia"/>
          <w:lang w:eastAsia="zh-CN"/>
        </w:rPr>
        <w:t>表</w:t>
      </w:r>
      <w:r w:rsidRPr="00853345">
        <w:rPr>
          <w:rFonts w:ascii="SimSun" w:eastAsia="SimSun" w:hAnsi="SimSun"/>
          <w:lang w:eastAsia="zh-CN"/>
        </w:rPr>
        <w:t>。发票抬头与实际付款方必须一致</w:t>
      </w:r>
      <w:r w:rsidRPr="00853345">
        <w:rPr>
          <w:rFonts w:ascii="SimSun" w:eastAsia="SimSun" w:hAnsi="SimSun" w:hint="eastAsia"/>
          <w:lang w:eastAsia="zh-CN"/>
        </w:rPr>
        <w:t>，</w:t>
      </w:r>
      <w:r w:rsidRPr="00853345">
        <w:rPr>
          <w:rFonts w:ascii="SimSun" w:eastAsia="SimSun" w:hAnsi="SimSun"/>
          <w:lang w:eastAsia="zh-CN"/>
        </w:rPr>
        <w:t>且只能是提单的订舱人、发货人、收货人、通知人、最终背书人之一（通知人和最终背书人仅限进口提单）</w:t>
      </w:r>
      <w:r w:rsidRPr="00853345">
        <w:rPr>
          <w:rFonts w:ascii="SimSun" w:eastAsia="SimSun" w:hAnsi="SimSun" w:hint="eastAsia"/>
          <w:lang w:eastAsia="zh-CN"/>
        </w:rPr>
        <w:t>。</w:t>
      </w:r>
      <w:r w:rsidRPr="00853345">
        <w:rPr>
          <w:rFonts w:ascii="SimSun" w:eastAsia="SimSun" w:hAnsi="SimSun"/>
          <w:lang w:eastAsia="zh-CN"/>
        </w:rPr>
        <w:t>若付款方是上述各方之一的代理</w:t>
      </w:r>
      <w:r w:rsidRPr="00853345">
        <w:rPr>
          <w:rFonts w:ascii="SimSun" w:eastAsia="SimSun" w:hAnsi="SimSun" w:hint="eastAsia"/>
          <w:lang w:eastAsia="zh-CN"/>
        </w:rPr>
        <w:t>，</w:t>
      </w:r>
      <w:r w:rsidRPr="00853345">
        <w:rPr>
          <w:rFonts w:ascii="SimSun" w:eastAsia="SimSun" w:hAnsi="SimSun"/>
          <w:lang w:eastAsia="zh-CN"/>
        </w:rPr>
        <w:t>需要提交加盖双方公章</w:t>
      </w:r>
      <w:r>
        <w:rPr>
          <w:rFonts w:ascii="SimSun" w:eastAsia="SimSun" w:hAnsi="SimSun" w:hint="eastAsia"/>
          <w:lang w:eastAsia="zh-CN"/>
        </w:rPr>
        <w:t>的</w:t>
      </w:r>
      <w:r w:rsidRPr="00853345">
        <w:rPr>
          <w:rFonts w:ascii="SimSun" w:eastAsia="SimSun" w:hAnsi="SimSun"/>
          <w:lang w:eastAsia="zh-CN"/>
        </w:rPr>
        <w:t>业务委托协议</w:t>
      </w:r>
      <w:r>
        <w:rPr>
          <w:rFonts w:ascii="SimSun" w:eastAsia="SimSun" w:hAnsi="SimSun" w:hint="eastAsia"/>
          <w:lang w:eastAsia="zh-CN"/>
        </w:rPr>
        <w:t>。</w:t>
      </w:r>
    </w:p>
    <w:p w14:paraId="62B02D37" w14:textId="77777777" w:rsidR="00FC2EF3" w:rsidRPr="002661C0" w:rsidRDefault="00333CCE" w:rsidP="00076A32">
      <w:pPr>
        <w:pStyle w:val="ListParagraph"/>
        <w:numPr>
          <w:ilvl w:val="0"/>
          <w:numId w:val="11"/>
        </w:numPr>
        <w:spacing w:after="60"/>
        <w:ind w:leftChars="200" w:left="880"/>
        <w:rPr>
          <w:rFonts w:ascii="SimSun" w:eastAsia="SimSun" w:hAnsi="SimSun" w:cs="MS Mincho"/>
          <w:b/>
          <w:bCs/>
          <w:lang w:eastAsia="zh-CN"/>
        </w:rPr>
      </w:pPr>
      <w:r w:rsidRPr="002661C0">
        <w:rPr>
          <w:rFonts w:ascii="SimSun" w:eastAsia="SimSun" w:hAnsi="SimSun"/>
          <w:b/>
          <w:bCs/>
          <w:lang w:eastAsia="zh-CN"/>
        </w:rPr>
        <w:t>如果您</w:t>
      </w:r>
      <w:r w:rsidR="004166EA" w:rsidRPr="002661C0">
        <w:rPr>
          <w:rFonts w:ascii="SimSun" w:eastAsia="SimSun" w:hAnsi="SimSun" w:hint="eastAsia"/>
          <w:b/>
          <w:bCs/>
          <w:lang w:eastAsia="zh-CN"/>
        </w:rPr>
        <w:t>已经</w:t>
      </w:r>
      <w:r w:rsidRPr="002661C0">
        <w:rPr>
          <w:rFonts w:ascii="SimSun" w:eastAsia="SimSun" w:hAnsi="SimSun"/>
          <w:b/>
          <w:bCs/>
          <w:lang w:eastAsia="zh-CN"/>
        </w:rPr>
        <w:t>与马士基</w:t>
      </w:r>
      <w:r w:rsidR="007A27CE" w:rsidRPr="002661C0">
        <w:rPr>
          <w:rFonts w:ascii="SimSun" w:eastAsia="SimSun" w:hAnsi="SimSun" w:hint="eastAsia"/>
          <w:b/>
          <w:bCs/>
          <w:lang w:eastAsia="zh-CN"/>
        </w:rPr>
        <w:t>签署</w:t>
      </w:r>
      <w:r w:rsidR="004166EA" w:rsidRPr="002661C0">
        <w:rPr>
          <w:rFonts w:ascii="SimSun" w:eastAsia="SimSun" w:hAnsi="SimSun" w:hint="eastAsia"/>
          <w:b/>
          <w:bCs/>
          <w:lang w:eastAsia="zh-CN"/>
        </w:rPr>
        <w:t>了</w:t>
      </w:r>
      <w:r w:rsidRPr="002661C0">
        <w:rPr>
          <w:rFonts w:ascii="SimSun" w:eastAsia="SimSun" w:hAnsi="SimSun"/>
          <w:b/>
          <w:bCs/>
          <w:lang w:eastAsia="zh-CN"/>
        </w:rPr>
        <w:t>信用</w:t>
      </w:r>
      <w:r w:rsidR="007A27CE" w:rsidRPr="002661C0">
        <w:rPr>
          <w:rFonts w:ascii="SimSun" w:eastAsia="SimSun" w:hAnsi="SimSun" w:hint="eastAsia"/>
          <w:b/>
          <w:bCs/>
          <w:lang w:eastAsia="zh-CN"/>
        </w:rPr>
        <w:t>账期</w:t>
      </w:r>
      <w:r w:rsidRPr="002661C0">
        <w:rPr>
          <w:rFonts w:ascii="SimSun" w:eastAsia="SimSun" w:hAnsi="SimSun"/>
          <w:b/>
          <w:bCs/>
          <w:lang w:eastAsia="zh-CN"/>
        </w:rPr>
        <w:t>合同，请遵循您的收款</w:t>
      </w:r>
      <w:r w:rsidR="007A27CE" w:rsidRPr="002661C0">
        <w:rPr>
          <w:rFonts w:ascii="SimSun" w:eastAsia="SimSun" w:hAnsi="SimSun" w:hint="eastAsia"/>
          <w:b/>
          <w:bCs/>
          <w:lang w:eastAsia="zh-CN"/>
        </w:rPr>
        <w:t>专</w:t>
      </w:r>
      <w:r w:rsidRPr="002661C0">
        <w:rPr>
          <w:rFonts w:ascii="SimSun" w:eastAsia="SimSun" w:hAnsi="SimSun"/>
          <w:b/>
          <w:bCs/>
          <w:lang w:eastAsia="zh-CN"/>
        </w:rPr>
        <w:t>员的指导。</w:t>
      </w:r>
    </w:p>
    <w:p w14:paraId="6F61D7B8" w14:textId="5ABAC1C6" w:rsidR="00392882" w:rsidRPr="00392882" w:rsidRDefault="00392882" w:rsidP="00EA746F">
      <w:pPr>
        <w:spacing w:after="0"/>
        <w:rPr>
          <w:rFonts w:ascii="SimSun" w:eastAsia="SimSun" w:hAnsi="SimSun"/>
          <w:b/>
          <w:bCs/>
          <w:sz w:val="26"/>
          <w:szCs w:val="26"/>
          <w:lang w:eastAsia="zh-CN"/>
        </w:rPr>
      </w:pPr>
      <w:r w:rsidRPr="00392882">
        <w:rPr>
          <w:rFonts w:ascii="SimSun" w:eastAsia="SimSun" w:hAnsi="SimSun" w:cs="Microsoft YaHei" w:hint="eastAsia"/>
          <w:b/>
          <w:bCs/>
          <w:sz w:val="26"/>
          <w:szCs w:val="26"/>
          <w:lang w:eastAsia="zh-CN"/>
        </w:rPr>
        <w:t>华</w:t>
      </w:r>
      <w:r w:rsidR="00EA746F">
        <w:rPr>
          <w:rFonts w:ascii="SimSun" w:eastAsia="SimSun" w:hAnsi="SimSun" w:cs="MS Mincho" w:hint="eastAsia"/>
          <w:b/>
          <w:bCs/>
          <w:sz w:val="26"/>
          <w:szCs w:val="26"/>
          <w:lang w:eastAsia="zh-CN"/>
        </w:rPr>
        <w:t>东</w:t>
      </w:r>
      <w:r w:rsidRPr="00392882">
        <w:rPr>
          <w:rFonts w:ascii="SimSun" w:eastAsia="SimSun" w:hAnsi="SimSun"/>
          <w:b/>
          <w:bCs/>
          <w:sz w:val="26"/>
          <w:szCs w:val="26"/>
          <w:lang w:eastAsia="zh-CN"/>
        </w:rPr>
        <w:t>团队联系邮箱：</w:t>
      </w:r>
    </w:p>
    <w:p w14:paraId="179D8F67" w14:textId="168D7071" w:rsidR="00392882" w:rsidRPr="00C0002A" w:rsidRDefault="00392882" w:rsidP="00EA746F">
      <w:pPr>
        <w:pStyle w:val="ListParagraph"/>
        <w:numPr>
          <w:ilvl w:val="0"/>
          <w:numId w:val="14"/>
        </w:numPr>
        <w:spacing w:after="0"/>
        <w:rPr>
          <w:rFonts w:ascii="SimSun" w:eastAsia="SimSun" w:hAnsi="SimSun"/>
          <w:lang w:eastAsia="zh-CN"/>
        </w:rPr>
      </w:pPr>
      <w:r w:rsidRPr="00C0002A">
        <w:rPr>
          <w:rFonts w:ascii="SimSun" w:eastAsia="SimSun" w:hAnsi="SimSun"/>
          <w:lang w:eastAsia="zh-CN"/>
        </w:rPr>
        <w:t>销账及发票：</w:t>
      </w:r>
      <w:hyperlink r:id="rId11" w:history="1">
        <w:r w:rsidR="00EA746F" w:rsidRPr="004655A9">
          <w:rPr>
            <w:rStyle w:val="Hyperlink"/>
            <w:rFonts w:ascii="SimSun" w:eastAsia="SimSun" w:hAnsi="SimSun"/>
            <w:lang w:eastAsia="zh-CN"/>
          </w:rPr>
          <w:t>PRECOU@maersk.com</w:t>
        </w:r>
      </w:hyperlink>
      <w:r w:rsidRPr="00C0002A">
        <w:rPr>
          <w:rFonts w:ascii="SimSun" w:eastAsia="SimSun" w:hAnsi="SimSun"/>
          <w:lang w:eastAsia="zh-CN"/>
        </w:rPr>
        <w:t xml:space="preserve">  </w:t>
      </w:r>
    </w:p>
    <w:p w14:paraId="329BA2C2" w14:textId="21FB64C2" w:rsidR="00392882" w:rsidRPr="00C0002A" w:rsidRDefault="00392882" w:rsidP="00EA746F">
      <w:pPr>
        <w:pStyle w:val="ListParagraph"/>
        <w:numPr>
          <w:ilvl w:val="0"/>
          <w:numId w:val="14"/>
        </w:numPr>
        <w:spacing w:after="0"/>
        <w:rPr>
          <w:rFonts w:ascii="SimSun" w:eastAsia="SimSun" w:hAnsi="SimSun"/>
          <w:lang w:eastAsia="zh-CN"/>
        </w:rPr>
      </w:pPr>
      <w:r w:rsidRPr="00C0002A">
        <w:rPr>
          <w:rFonts w:ascii="SimSun" w:eastAsia="SimSun" w:hAnsi="SimSun" w:cs="Microsoft YaHei"/>
          <w:lang w:eastAsia="zh-CN"/>
        </w:rPr>
        <w:t>对账</w:t>
      </w:r>
      <w:r w:rsidRPr="00C0002A">
        <w:rPr>
          <w:rFonts w:ascii="SimSun" w:eastAsia="SimSun" w:hAnsi="SimSun" w:cs="MS Mincho"/>
          <w:lang w:eastAsia="zh-CN"/>
        </w:rPr>
        <w:t>、</w:t>
      </w:r>
      <w:r w:rsidRPr="00C0002A">
        <w:rPr>
          <w:rFonts w:ascii="SimSun" w:eastAsia="SimSun" w:hAnsi="SimSun"/>
          <w:lang w:eastAsia="zh-CN"/>
        </w:rPr>
        <w:t>抵扣、汇率相关问题：</w:t>
      </w:r>
      <w:hyperlink r:id="rId12" w:history="1">
        <w:r w:rsidR="00464B09" w:rsidRPr="00C1439A">
          <w:rPr>
            <w:rStyle w:val="Hyperlink"/>
            <w:rFonts w:ascii="SimSun" w:eastAsia="SimSun" w:hAnsi="SimSun"/>
            <w:lang w:eastAsia="zh-CN"/>
          </w:rPr>
          <w:t>cn.cash.collections@maersk.com</w:t>
        </w:r>
      </w:hyperlink>
      <w:r w:rsidR="00464B09">
        <w:rPr>
          <w:rFonts w:ascii="SimSun" w:eastAsia="SimSun" w:hAnsi="SimSun" w:hint="eastAsia"/>
          <w:lang w:eastAsia="zh-CN"/>
        </w:rPr>
        <w:t>(票结客户)/</w:t>
      </w:r>
      <w:r w:rsidRPr="00C0002A">
        <w:rPr>
          <w:rFonts w:ascii="SimSun" w:eastAsia="SimSun" w:hAnsi="SimSun"/>
          <w:lang w:eastAsia="zh-CN"/>
        </w:rPr>
        <w:t xml:space="preserve"> </w:t>
      </w:r>
      <w:hyperlink r:id="rId13" w:history="1">
        <w:r w:rsidR="00464B09" w:rsidRPr="00C1439A">
          <w:rPr>
            <w:rStyle w:val="Hyperlink"/>
            <w:rFonts w:ascii="SimSun" w:eastAsia="SimSun" w:hAnsi="SimSun"/>
            <w:lang w:eastAsia="zh-CN"/>
          </w:rPr>
          <w:t>cn.c</w:t>
        </w:r>
        <w:r w:rsidR="00464B09" w:rsidRPr="00C1439A">
          <w:rPr>
            <w:rStyle w:val="Hyperlink"/>
            <w:rFonts w:ascii="SimSun" w:eastAsia="SimSun" w:hAnsi="SimSun"/>
            <w:lang w:eastAsia="zh-CN"/>
          </w:rPr>
          <w:t>redit</w:t>
        </w:r>
        <w:r w:rsidR="00464B09" w:rsidRPr="00C1439A">
          <w:rPr>
            <w:rStyle w:val="Hyperlink"/>
            <w:rFonts w:ascii="SimSun" w:eastAsia="SimSun" w:hAnsi="SimSun"/>
            <w:lang w:eastAsia="zh-CN"/>
          </w:rPr>
          <w:t>.collections@maersk.com</w:t>
        </w:r>
      </w:hyperlink>
      <w:r w:rsidR="00464B09">
        <w:rPr>
          <w:rFonts w:ascii="SimSun" w:eastAsia="SimSun" w:hAnsi="SimSun" w:hint="eastAsia"/>
          <w:lang w:eastAsia="zh-CN"/>
        </w:rPr>
        <w:t>(账期客户)</w:t>
      </w:r>
    </w:p>
    <w:p w14:paraId="17BFB2B0" w14:textId="77777777" w:rsidR="00392882" w:rsidRPr="00C0002A" w:rsidRDefault="00392882" w:rsidP="00EA746F">
      <w:pPr>
        <w:pStyle w:val="ListParagraph"/>
        <w:numPr>
          <w:ilvl w:val="0"/>
          <w:numId w:val="14"/>
        </w:numPr>
        <w:spacing w:after="0"/>
        <w:rPr>
          <w:rFonts w:ascii="SimSun" w:eastAsia="SimSun" w:hAnsi="SimSun"/>
          <w:lang w:eastAsia="zh-CN"/>
        </w:rPr>
      </w:pPr>
      <w:r w:rsidRPr="00C0002A">
        <w:rPr>
          <w:rFonts w:ascii="SimSun" w:eastAsia="SimSun" w:hAnsi="SimSun" w:cs="Microsoft YaHei"/>
          <w:lang w:eastAsia="zh-CN"/>
        </w:rPr>
        <w:t>费</w:t>
      </w:r>
      <w:r w:rsidRPr="00C0002A">
        <w:rPr>
          <w:rFonts w:ascii="SimSun" w:eastAsia="SimSun" w:hAnsi="SimSun" w:cs="MS Mincho"/>
          <w:lang w:eastAsia="zh-CN"/>
        </w:rPr>
        <w:t>用</w:t>
      </w:r>
      <w:r w:rsidRPr="00C0002A">
        <w:rPr>
          <w:rFonts w:ascii="SimSun" w:eastAsia="SimSun" w:hAnsi="SimSun"/>
          <w:lang w:eastAsia="zh-CN"/>
        </w:rPr>
        <w:t>争议问题：</w:t>
      </w:r>
      <w:hyperlink r:id="rId14" w:history="1">
        <w:r w:rsidRPr="00C0002A">
          <w:rPr>
            <w:rStyle w:val="Hyperlink"/>
            <w:rFonts w:ascii="SimSun" w:eastAsia="SimSun" w:hAnsi="SimSun"/>
            <w:lang w:eastAsia="zh-CN"/>
          </w:rPr>
          <w:t>Disputes@maersk.com</w:t>
        </w:r>
      </w:hyperlink>
    </w:p>
    <w:p w14:paraId="3036C4FB" w14:textId="079F0525" w:rsidR="00392882" w:rsidRPr="00C0002A" w:rsidRDefault="00392882" w:rsidP="00EA746F">
      <w:pPr>
        <w:pStyle w:val="ListParagraph"/>
        <w:numPr>
          <w:ilvl w:val="0"/>
          <w:numId w:val="14"/>
        </w:numPr>
        <w:spacing w:after="0"/>
        <w:rPr>
          <w:rFonts w:ascii="SimSun" w:eastAsia="SimSun" w:hAnsi="SimSun"/>
          <w:lang w:eastAsia="zh-CN"/>
        </w:rPr>
      </w:pPr>
      <w:r w:rsidRPr="00C0002A">
        <w:rPr>
          <w:rFonts w:ascii="SimSun" w:eastAsia="SimSun" w:hAnsi="SimSun"/>
          <w:lang w:eastAsia="zh-CN"/>
        </w:rPr>
        <w:t>提</w:t>
      </w:r>
      <w:r w:rsidRPr="00C0002A">
        <w:rPr>
          <w:rFonts w:ascii="SimSun" w:eastAsia="SimSun" w:hAnsi="SimSun" w:cs="Microsoft YaHei"/>
          <w:lang w:eastAsia="zh-CN"/>
        </w:rPr>
        <w:t>单</w:t>
      </w:r>
      <w:r w:rsidRPr="00C0002A">
        <w:rPr>
          <w:rFonts w:ascii="SimSun" w:eastAsia="SimSun" w:hAnsi="SimSun"/>
          <w:lang w:eastAsia="zh-CN"/>
        </w:rPr>
        <w:t>、账单、电放、拿单放货相关问题：</w:t>
      </w:r>
      <w:hyperlink r:id="rId15" w:history="1">
        <w:r w:rsidR="00EA746F" w:rsidRPr="004655A9">
          <w:rPr>
            <w:rStyle w:val="Hyperlink"/>
            <w:rFonts w:ascii="SimSun" w:eastAsia="SimSun" w:hAnsi="SimSun"/>
            <w:lang w:eastAsia="zh-CN"/>
          </w:rPr>
          <w:t>cn.east.export@maersk.com</w:t>
        </w:r>
      </w:hyperlink>
      <w:r w:rsidRPr="00C0002A">
        <w:rPr>
          <w:rFonts w:ascii="SimSun" w:eastAsia="SimSun" w:hAnsi="SimSun"/>
          <w:lang w:eastAsia="zh-CN"/>
        </w:rPr>
        <w:t xml:space="preserve"> (出口）/ </w:t>
      </w:r>
      <w:hyperlink r:id="rId16" w:history="1">
        <w:r w:rsidRPr="00C0002A">
          <w:rPr>
            <w:rStyle w:val="Hyperlink"/>
            <w:rFonts w:ascii="SimSun" w:eastAsia="SimSun" w:hAnsi="SimSun"/>
            <w:lang w:eastAsia="zh-CN"/>
          </w:rPr>
          <w:t>cn.import@maersk.com</w:t>
        </w:r>
      </w:hyperlink>
      <w:r w:rsidRPr="00C0002A">
        <w:rPr>
          <w:rFonts w:ascii="SimSun" w:eastAsia="SimSun" w:hAnsi="SimSun"/>
          <w:lang w:eastAsia="zh-CN"/>
        </w:rPr>
        <w:t xml:space="preserve"> (进口）</w:t>
      </w:r>
    </w:p>
    <w:p w14:paraId="2C3446BB" w14:textId="1A92ACA1" w:rsidR="00AE69A3" w:rsidRPr="002661C0" w:rsidRDefault="00333CCE" w:rsidP="00EA746F">
      <w:pPr>
        <w:spacing w:after="0"/>
        <w:rPr>
          <w:rFonts w:ascii="SimSun" w:eastAsia="SimSun" w:hAnsi="SimSun" w:cs="MS Mincho"/>
          <w:lang w:eastAsia="zh-CN"/>
        </w:rPr>
      </w:pPr>
      <w:r w:rsidRPr="002661C0">
        <w:rPr>
          <w:rFonts w:ascii="SimSun" w:eastAsia="SimSun" w:hAnsi="SimSun"/>
          <w:lang w:eastAsia="zh-CN"/>
        </w:rPr>
        <w:t>感</w:t>
      </w:r>
      <w:r w:rsidRPr="002661C0">
        <w:rPr>
          <w:rFonts w:ascii="SimSun" w:eastAsia="SimSun" w:hAnsi="SimSun" w:cs="Microsoft YaHei" w:hint="eastAsia"/>
          <w:lang w:eastAsia="zh-CN"/>
        </w:rPr>
        <w:t>谢</w:t>
      </w:r>
      <w:r w:rsidRPr="002661C0">
        <w:rPr>
          <w:rFonts w:ascii="SimSun" w:eastAsia="SimSun" w:hAnsi="SimSun" w:cs="MS Mincho" w:hint="eastAsia"/>
          <w:lang w:eastAsia="zh-CN"/>
        </w:rPr>
        <w:t>您</w:t>
      </w:r>
      <w:r w:rsidR="00AE69A3" w:rsidRPr="002661C0">
        <w:rPr>
          <w:rFonts w:ascii="SimSun" w:eastAsia="SimSun" w:hAnsi="SimSun" w:cs="Microsoft YaHei" w:hint="eastAsia"/>
          <w:lang w:eastAsia="zh-CN"/>
        </w:rPr>
        <w:t>的理解与配合</w:t>
      </w:r>
      <w:r w:rsidRPr="002661C0">
        <w:rPr>
          <w:rFonts w:ascii="SimSun" w:eastAsia="SimSun" w:hAnsi="SimSun" w:cs="MS Mincho" w:hint="eastAsia"/>
          <w:lang w:eastAsia="zh-CN"/>
        </w:rPr>
        <w:t>。</w:t>
      </w:r>
      <w:r w:rsidR="00AE69A3" w:rsidRPr="002661C0">
        <w:rPr>
          <w:rFonts w:ascii="SimSun" w:eastAsia="SimSun" w:hAnsi="SimSun" w:cs="MS Mincho" w:hint="eastAsia"/>
          <w:lang w:eastAsia="zh-CN"/>
        </w:rPr>
        <w:t>烦</w:t>
      </w:r>
      <w:r w:rsidRPr="002661C0">
        <w:rPr>
          <w:rFonts w:ascii="SimSun" w:eastAsia="SimSun" w:hAnsi="SimSun" w:cs="Microsoft YaHei" w:hint="eastAsia"/>
          <w:lang w:eastAsia="zh-CN"/>
        </w:rPr>
        <w:t>请</w:t>
      </w:r>
      <w:r w:rsidRPr="002661C0">
        <w:rPr>
          <w:rFonts w:ascii="SimSun" w:eastAsia="SimSun" w:hAnsi="SimSun" w:cs="MS Mincho" w:hint="eastAsia"/>
          <w:lang w:eastAsia="zh-CN"/>
        </w:rPr>
        <w:t>参</w:t>
      </w:r>
      <w:r w:rsidRPr="002661C0">
        <w:rPr>
          <w:rFonts w:ascii="SimSun" w:eastAsia="SimSun" w:hAnsi="SimSun" w:cs="Microsoft YaHei" w:hint="eastAsia"/>
          <w:lang w:eastAsia="zh-CN"/>
        </w:rPr>
        <w:t>阅</w:t>
      </w:r>
      <w:r w:rsidRPr="002661C0">
        <w:rPr>
          <w:rFonts w:ascii="SimSun" w:eastAsia="SimSun" w:hAnsi="SimSun" w:cs="MS Mincho" w:hint="eastAsia"/>
          <w:lang w:eastAsia="zh-CN"/>
        </w:rPr>
        <w:t>以下指南和</w:t>
      </w:r>
      <w:r w:rsidR="00AE69A3" w:rsidRPr="002661C0">
        <w:rPr>
          <w:rFonts w:ascii="SimSun" w:eastAsia="SimSun" w:hAnsi="SimSun" w:cs="MS Mincho" w:hint="eastAsia"/>
          <w:lang w:eastAsia="zh-CN"/>
        </w:rPr>
        <w:t>模板</w:t>
      </w:r>
      <w:r w:rsidRPr="002661C0">
        <w:rPr>
          <w:rFonts w:ascii="SimSun" w:eastAsia="SimSun" w:hAnsi="SimSun" w:cs="MS Mincho" w:hint="eastAsia"/>
          <w:lang w:eastAsia="zh-CN"/>
        </w:rPr>
        <w:t>文件。</w:t>
      </w:r>
    </w:p>
    <w:p w14:paraId="6A6BA317" w14:textId="1A5457FE" w:rsidR="00AE69A3" w:rsidRPr="002661C0" w:rsidRDefault="00AE69A3" w:rsidP="00137782">
      <w:pPr>
        <w:pStyle w:val="Salutation"/>
        <w:spacing w:after="0"/>
        <w:rPr>
          <w:rFonts w:ascii="SimSun" w:eastAsia="SimSun" w:hAnsi="SimSun"/>
        </w:rPr>
      </w:pPr>
      <w:r w:rsidRPr="002661C0">
        <w:rPr>
          <w:rFonts w:ascii="SimSun" w:eastAsia="SimSun" w:hAnsi="SimSun"/>
        </w:rPr>
        <w:object w:dxaOrig="1539" w:dyaOrig="1118" w14:anchorId="452BA3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6.25pt" o:ole="">
            <v:imagedata r:id="rId17" o:title=""/>
          </v:shape>
          <o:OLEObject Type="Embed" ProgID="AcroExch.Document.DC" ShapeID="_x0000_i1025" DrawAspect="Icon" ObjectID="_1843034701" r:id="rId18"/>
        </w:object>
      </w:r>
      <w:r w:rsidRPr="002661C0">
        <w:rPr>
          <w:rFonts w:ascii="SimSun" w:eastAsia="SimSun" w:hAnsi="SimSun"/>
        </w:rPr>
        <w:t xml:space="preserve">   </w:t>
      </w:r>
      <w:r w:rsidRPr="002661C0">
        <w:rPr>
          <w:rFonts w:ascii="SimSun" w:eastAsia="SimSun" w:hAnsi="SimSun"/>
        </w:rPr>
        <w:object w:dxaOrig="1539" w:dyaOrig="1118" w14:anchorId="5DB0DC6E">
          <v:shape id="_x0000_i1026" type="#_x0000_t75" style="width:77.25pt;height:56.25pt" o:ole="">
            <v:imagedata r:id="rId19" o:title=""/>
          </v:shape>
          <o:OLEObject Type="Embed" ProgID="AcroExch.Document.DC" ShapeID="_x0000_i1026" DrawAspect="Icon" ObjectID="_1843034702" r:id="rId20"/>
        </w:object>
      </w:r>
      <w:r w:rsidRPr="002661C0">
        <w:rPr>
          <w:rFonts w:ascii="SimSun" w:eastAsia="SimSun" w:hAnsi="SimSun"/>
        </w:rPr>
        <w:t xml:space="preserve">  </w:t>
      </w:r>
      <w:r w:rsidRPr="002661C0">
        <w:rPr>
          <w:rFonts w:ascii="SimSun" w:eastAsia="SimSun" w:hAnsi="SimSun"/>
        </w:rPr>
        <w:object w:dxaOrig="1539" w:dyaOrig="1118" w14:anchorId="3C6E499D">
          <v:shape id="_x0000_i1027" type="#_x0000_t75" style="width:77.25pt;height:56.25pt" o:ole="">
            <v:imagedata r:id="rId21" o:title=""/>
          </v:shape>
          <o:OLEObject Type="Embed" ProgID="Excel.Sheet.8" ShapeID="_x0000_i1027" DrawAspect="Icon" ObjectID="_1843034703" r:id="rId22"/>
        </w:object>
      </w:r>
    </w:p>
    <w:p w14:paraId="7CD4B804" w14:textId="0DACF9F3" w:rsidR="00AC091A" w:rsidRPr="002661C0" w:rsidRDefault="00AC091A" w:rsidP="1BFA6CF6">
      <w:pPr>
        <w:pStyle w:val="Salutation"/>
        <w:spacing w:after="120"/>
        <w:rPr>
          <w:rFonts w:ascii="SimSun" w:eastAsia="SimSun" w:hAnsi="SimSun"/>
        </w:rPr>
      </w:pPr>
      <w:r w:rsidRPr="002661C0">
        <w:rPr>
          <w:rFonts w:ascii="SimSun" w:eastAsia="SimSun" w:hAnsi="SimSun"/>
        </w:rPr>
        <w:t>马士基销账团队 - 华东组</w:t>
      </w:r>
    </w:p>
    <w:sectPr w:rsidR="00AC091A" w:rsidRPr="002661C0" w:rsidSect="004F1745">
      <w:headerReference w:type="default" r:id="rId23"/>
      <w:footerReference w:type="even" r:id="rId24"/>
      <w:footerReference w:type="default" r:id="rId25"/>
      <w:footerReference w:type="first" r:id="rId26"/>
      <w:pgSz w:w="12240" w:h="15840"/>
      <w:pgMar w:top="1134" w:right="1418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315C86" w14:textId="77777777" w:rsidR="00655B49" w:rsidRDefault="00655B49" w:rsidP="007A27CE">
      <w:pPr>
        <w:spacing w:after="0" w:line="240" w:lineRule="auto"/>
      </w:pPr>
      <w:r>
        <w:separator/>
      </w:r>
    </w:p>
  </w:endnote>
  <w:endnote w:type="continuationSeparator" w:id="0">
    <w:p w14:paraId="1E886170" w14:textId="77777777" w:rsidR="00655B49" w:rsidRDefault="00655B49" w:rsidP="007A27CE">
      <w:pPr>
        <w:spacing w:after="0" w:line="240" w:lineRule="auto"/>
      </w:pPr>
      <w:r>
        <w:continuationSeparator/>
      </w:r>
    </w:p>
  </w:endnote>
  <w:endnote w:type="continuationNotice" w:id="1">
    <w:p w14:paraId="5E410226" w14:textId="77777777" w:rsidR="00655B49" w:rsidRDefault="00655B4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09EE00" w14:textId="5E51A6A1" w:rsidR="007A27CE" w:rsidRDefault="007A27C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7D72573C" wp14:editId="5A51C77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396365" cy="368935"/>
              <wp:effectExtent l="0" t="0" r="13335" b="0"/>
              <wp:wrapNone/>
              <wp:docPr id="837827790" name="Text Box 2" descr="Classification: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636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7B7D77" w14:textId="2F88FB99" w:rsidR="007A27CE" w:rsidRPr="007A27CE" w:rsidRDefault="007A27CE" w:rsidP="007A27C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A27C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Classification: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72573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: Internal" style="position:absolute;margin-left:0;margin-top:0;width:109.95pt;height:29.05pt;z-index:251658241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" filled="f" stroked="f">
              <v:textbox style="mso-fit-shape-to-text:t" inset="20pt,0,0,15pt">
                <w:txbxContent>
                  <w:p w14:paraId="2F7B7D77" w14:textId="2F88FB99" w:rsidR="007A27CE" w:rsidRPr="007A27CE" w:rsidRDefault="007A27CE" w:rsidP="007A27C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7A27CE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Classification: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4D061" w14:textId="3E7BD05A" w:rsidR="007A27CE" w:rsidRDefault="007A27C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2EF4E137" wp14:editId="07043498">
              <wp:simplePos x="1143000" y="9439275"/>
              <wp:positionH relativeFrom="page">
                <wp:align>left</wp:align>
              </wp:positionH>
              <wp:positionV relativeFrom="page">
                <wp:align>bottom</wp:align>
              </wp:positionV>
              <wp:extent cx="1396365" cy="368935"/>
              <wp:effectExtent l="0" t="0" r="13335" b="0"/>
              <wp:wrapNone/>
              <wp:docPr id="764253325" name="Text Box 3" descr="Classification: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636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D185E2" w14:textId="1609E85A" w:rsidR="007A27CE" w:rsidRPr="007A27CE" w:rsidRDefault="007A27CE" w:rsidP="007A27C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A27C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Classification: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F4E13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cation: Internal" style="position:absolute;margin-left:0;margin-top:0;width:109.95pt;height:29.05pt;z-index:25165824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" filled="f" stroked="f">
              <v:textbox style="mso-fit-shape-to-text:t" inset="20pt,0,0,15pt">
                <w:txbxContent>
                  <w:p w14:paraId="19D185E2" w14:textId="1609E85A" w:rsidR="007A27CE" w:rsidRPr="007A27CE" w:rsidRDefault="007A27CE" w:rsidP="007A27C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7A27CE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Classification: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1936E" w14:textId="5A2151FF" w:rsidR="007A27CE" w:rsidRDefault="007A27C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B537B61" wp14:editId="6ECED3D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396365" cy="368935"/>
              <wp:effectExtent l="0" t="0" r="13335" b="0"/>
              <wp:wrapNone/>
              <wp:docPr id="50392523" name="Text Box 1" descr="Classification: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636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0B394E" w14:textId="59A246F7" w:rsidR="007A27CE" w:rsidRPr="007A27CE" w:rsidRDefault="007A27CE" w:rsidP="007A27C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A27C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Classification: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537B6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cation: Internal" style="position:absolute;margin-left:0;margin-top:0;width:109.95pt;height:29.0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" filled="f" stroked="f">
              <v:textbox style="mso-fit-shape-to-text:t" inset="20pt,0,0,15pt">
                <w:txbxContent>
                  <w:p w14:paraId="500B394E" w14:textId="59A246F7" w:rsidR="007A27CE" w:rsidRPr="007A27CE" w:rsidRDefault="007A27CE" w:rsidP="007A27C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7A27CE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Classification: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DE5A63" w14:textId="77777777" w:rsidR="00655B49" w:rsidRDefault="00655B49" w:rsidP="007A27CE">
      <w:pPr>
        <w:spacing w:after="0" w:line="240" w:lineRule="auto"/>
      </w:pPr>
      <w:r>
        <w:separator/>
      </w:r>
    </w:p>
  </w:footnote>
  <w:footnote w:type="continuationSeparator" w:id="0">
    <w:p w14:paraId="3846EF85" w14:textId="77777777" w:rsidR="00655B49" w:rsidRDefault="00655B49" w:rsidP="007A27CE">
      <w:pPr>
        <w:spacing w:after="0" w:line="240" w:lineRule="auto"/>
      </w:pPr>
      <w:r>
        <w:continuationSeparator/>
      </w:r>
    </w:p>
  </w:footnote>
  <w:footnote w:type="continuationNotice" w:id="1">
    <w:p w14:paraId="34348F2B" w14:textId="77777777" w:rsidR="00655B49" w:rsidRDefault="00655B4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F0870" w14:textId="1E1D8CBC" w:rsidR="00AE69A3" w:rsidRPr="00AE69A3" w:rsidRDefault="00AE69A3" w:rsidP="006D0BC0">
    <w:pPr>
      <w:pStyle w:val="Header"/>
      <w:ind w:right="220"/>
      <w:jc w:val="right"/>
      <w:rPr>
        <w:rFonts w:eastAsia="SimSun"/>
        <w:lang w:eastAsia="zh-CN"/>
      </w:rPr>
    </w:pPr>
    <w:r>
      <w:rPr>
        <w:noProof/>
      </w:rPr>
      <w:drawing>
        <wp:anchor distT="0" distB="0" distL="114300" distR="114300" simplePos="0" relativeHeight="251658243" behindDoc="0" locked="0" layoutInCell="1" allowOverlap="1" wp14:anchorId="6EACB806" wp14:editId="4B274D92">
          <wp:simplePos x="0" y="0"/>
          <wp:positionH relativeFrom="column">
            <wp:posOffset>-571500</wp:posOffset>
          </wp:positionH>
          <wp:positionV relativeFrom="paragraph">
            <wp:posOffset>-457835</wp:posOffset>
          </wp:positionV>
          <wp:extent cx="1893570" cy="888365"/>
          <wp:effectExtent l="0" t="0" r="0" b="0"/>
          <wp:wrapSquare wrapText="bothSides"/>
          <wp:docPr id="749800830" name="Picture 4" descr="A blue and white sign with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9800830" name="Picture 4" descr="A blue and white sign with a black background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93570" cy="888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326F09AA"/>
    <w:multiLevelType w:val="hybridMultilevel"/>
    <w:tmpl w:val="D2D82194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0" w15:restartNumberingAfterBreak="0">
    <w:nsid w:val="4CDA04BA"/>
    <w:multiLevelType w:val="hybridMultilevel"/>
    <w:tmpl w:val="C2C2134C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1" w15:restartNumberingAfterBreak="0">
    <w:nsid w:val="60DA5689"/>
    <w:multiLevelType w:val="hybridMultilevel"/>
    <w:tmpl w:val="0C6CEBA4"/>
    <w:lvl w:ilvl="0" w:tplc="04090001">
      <w:start w:val="1"/>
      <w:numFmt w:val="bullet"/>
      <w:lvlText w:val=""/>
      <w:lvlJc w:val="left"/>
      <w:pPr>
        <w:ind w:left="8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2" w15:restartNumberingAfterBreak="0">
    <w:nsid w:val="63E93BF4"/>
    <w:multiLevelType w:val="hybridMultilevel"/>
    <w:tmpl w:val="A11E8A9E"/>
    <w:lvl w:ilvl="0" w:tplc="04090003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3" w15:restartNumberingAfterBreak="0">
    <w:nsid w:val="65EE27C0"/>
    <w:multiLevelType w:val="hybridMultilevel"/>
    <w:tmpl w:val="3B78BE3A"/>
    <w:lvl w:ilvl="0" w:tplc="04090011">
      <w:start w:val="1"/>
      <w:numFmt w:val="decimal"/>
      <w:lvlText w:val="%1)"/>
      <w:lvlJc w:val="left"/>
      <w:pPr>
        <w:ind w:left="880" w:hanging="440"/>
      </w:p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num w:numId="1" w16cid:durableId="328406910">
    <w:abstractNumId w:val="8"/>
  </w:num>
  <w:num w:numId="2" w16cid:durableId="1741177727">
    <w:abstractNumId w:val="6"/>
  </w:num>
  <w:num w:numId="3" w16cid:durableId="1244681627">
    <w:abstractNumId w:val="5"/>
  </w:num>
  <w:num w:numId="4" w16cid:durableId="158804">
    <w:abstractNumId w:val="4"/>
  </w:num>
  <w:num w:numId="5" w16cid:durableId="1303653081">
    <w:abstractNumId w:val="7"/>
  </w:num>
  <w:num w:numId="6" w16cid:durableId="1937397544">
    <w:abstractNumId w:val="3"/>
  </w:num>
  <w:num w:numId="7" w16cid:durableId="1971278463">
    <w:abstractNumId w:val="2"/>
  </w:num>
  <w:num w:numId="8" w16cid:durableId="1683511811">
    <w:abstractNumId w:val="1"/>
  </w:num>
  <w:num w:numId="9" w16cid:durableId="2109424764">
    <w:abstractNumId w:val="0"/>
  </w:num>
  <w:num w:numId="10" w16cid:durableId="1353147714">
    <w:abstractNumId w:val="11"/>
  </w:num>
  <w:num w:numId="11" w16cid:durableId="1381435706">
    <w:abstractNumId w:val="9"/>
  </w:num>
  <w:num w:numId="12" w16cid:durableId="676617184">
    <w:abstractNumId w:val="13"/>
  </w:num>
  <w:num w:numId="13" w16cid:durableId="720524142">
    <w:abstractNumId w:val="12"/>
  </w:num>
  <w:num w:numId="14" w16cid:durableId="99195599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3380"/>
    <w:rsid w:val="00034616"/>
    <w:rsid w:val="00053EEC"/>
    <w:rsid w:val="000577F1"/>
    <w:rsid w:val="0006063C"/>
    <w:rsid w:val="00062636"/>
    <w:rsid w:val="00072FF1"/>
    <w:rsid w:val="00075974"/>
    <w:rsid w:val="00076A32"/>
    <w:rsid w:val="0008260C"/>
    <w:rsid w:val="000A3B5B"/>
    <w:rsid w:val="000B6B07"/>
    <w:rsid w:val="000D69C0"/>
    <w:rsid w:val="000E16DB"/>
    <w:rsid w:val="00131A04"/>
    <w:rsid w:val="00137782"/>
    <w:rsid w:val="00137834"/>
    <w:rsid w:val="00147B01"/>
    <w:rsid w:val="0015074B"/>
    <w:rsid w:val="00165933"/>
    <w:rsid w:val="00185C07"/>
    <w:rsid w:val="001862A1"/>
    <w:rsid w:val="0019194B"/>
    <w:rsid w:val="001979AD"/>
    <w:rsid w:val="001A0F6C"/>
    <w:rsid w:val="001A5B2C"/>
    <w:rsid w:val="001B4B58"/>
    <w:rsid w:val="001C1C5D"/>
    <w:rsid w:val="001D3DB3"/>
    <w:rsid w:val="001D45BC"/>
    <w:rsid w:val="001D6C3A"/>
    <w:rsid w:val="001F573B"/>
    <w:rsid w:val="002100D8"/>
    <w:rsid w:val="00214816"/>
    <w:rsid w:val="002228B1"/>
    <w:rsid w:val="00227D66"/>
    <w:rsid w:val="002330F6"/>
    <w:rsid w:val="002435EA"/>
    <w:rsid w:val="0025135C"/>
    <w:rsid w:val="00255CF1"/>
    <w:rsid w:val="0026150A"/>
    <w:rsid w:val="00262BC8"/>
    <w:rsid w:val="002661C0"/>
    <w:rsid w:val="00283B06"/>
    <w:rsid w:val="0029639D"/>
    <w:rsid w:val="002A13FD"/>
    <w:rsid w:val="002B0EFF"/>
    <w:rsid w:val="002B6660"/>
    <w:rsid w:val="002C2A37"/>
    <w:rsid w:val="002D1549"/>
    <w:rsid w:val="002D1E03"/>
    <w:rsid w:val="002E137F"/>
    <w:rsid w:val="002E3934"/>
    <w:rsid w:val="0030070D"/>
    <w:rsid w:val="003021B1"/>
    <w:rsid w:val="00323B3A"/>
    <w:rsid w:val="00326F90"/>
    <w:rsid w:val="00333CCE"/>
    <w:rsid w:val="0037248B"/>
    <w:rsid w:val="003810F2"/>
    <w:rsid w:val="00386006"/>
    <w:rsid w:val="00392882"/>
    <w:rsid w:val="00392BAD"/>
    <w:rsid w:val="0039533F"/>
    <w:rsid w:val="003E66D4"/>
    <w:rsid w:val="003F60AD"/>
    <w:rsid w:val="003F6377"/>
    <w:rsid w:val="004166EA"/>
    <w:rsid w:val="0042594D"/>
    <w:rsid w:val="00426362"/>
    <w:rsid w:val="0043092C"/>
    <w:rsid w:val="00430B23"/>
    <w:rsid w:val="00437F77"/>
    <w:rsid w:val="00460009"/>
    <w:rsid w:val="00464B09"/>
    <w:rsid w:val="00475776"/>
    <w:rsid w:val="00477862"/>
    <w:rsid w:val="004A51CF"/>
    <w:rsid w:val="004D20A8"/>
    <w:rsid w:val="004D7421"/>
    <w:rsid w:val="004E4DC8"/>
    <w:rsid w:val="004F1745"/>
    <w:rsid w:val="004F3803"/>
    <w:rsid w:val="00511C4F"/>
    <w:rsid w:val="0052301B"/>
    <w:rsid w:val="0052621C"/>
    <w:rsid w:val="005359A2"/>
    <w:rsid w:val="00551546"/>
    <w:rsid w:val="0057210E"/>
    <w:rsid w:val="005A0C64"/>
    <w:rsid w:val="005B068B"/>
    <w:rsid w:val="005C3EFF"/>
    <w:rsid w:val="005C69F6"/>
    <w:rsid w:val="005D797A"/>
    <w:rsid w:val="005F7A4E"/>
    <w:rsid w:val="00607491"/>
    <w:rsid w:val="00612FEC"/>
    <w:rsid w:val="00630EEC"/>
    <w:rsid w:val="00634868"/>
    <w:rsid w:val="00636FE9"/>
    <w:rsid w:val="00655B49"/>
    <w:rsid w:val="0066259D"/>
    <w:rsid w:val="006A5E95"/>
    <w:rsid w:val="006B130A"/>
    <w:rsid w:val="006D0BC0"/>
    <w:rsid w:val="0070496A"/>
    <w:rsid w:val="0071731D"/>
    <w:rsid w:val="00724CE2"/>
    <w:rsid w:val="0074405C"/>
    <w:rsid w:val="0075557B"/>
    <w:rsid w:val="00756278"/>
    <w:rsid w:val="0076104D"/>
    <w:rsid w:val="00766918"/>
    <w:rsid w:val="0077057D"/>
    <w:rsid w:val="007922D7"/>
    <w:rsid w:val="007A0385"/>
    <w:rsid w:val="007A27CE"/>
    <w:rsid w:val="007C6288"/>
    <w:rsid w:val="007D12F3"/>
    <w:rsid w:val="007D19DD"/>
    <w:rsid w:val="007D4BB0"/>
    <w:rsid w:val="00824D2B"/>
    <w:rsid w:val="008332F7"/>
    <w:rsid w:val="008406E7"/>
    <w:rsid w:val="00843600"/>
    <w:rsid w:val="00851782"/>
    <w:rsid w:val="00852FD7"/>
    <w:rsid w:val="00854D13"/>
    <w:rsid w:val="00854E47"/>
    <w:rsid w:val="00867456"/>
    <w:rsid w:val="00871A6E"/>
    <w:rsid w:val="00875E91"/>
    <w:rsid w:val="00881EE5"/>
    <w:rsid w:val="008971F9"/>
    <w:rsid w:val="008A73F6"/>
    <w:rsid w:val="008B1CFE"/>
    <w:rsid w:val="008B435C"/>
    <w:rsid w:val="009178B1"/>
    <w:rsid w:val="00927E9E"/>
    <w:rsid w:val="009634E5"/>
    <w:rsid w:val="009649C8"/>
    <w:rsid w:val="009666E4"/>
    <w:rsid w:val="00980AE1"/>
    <w:rsid w:val="009A2562"/>
    <w:rsid w:val="009C31BB"/>
    <w:rsid w:val="009D1CE1"/>
    <w:rsid w:val="009F1218"/>
    <w:rsid w:val="00A13DC9"/>
    <w:rsid w:val="00A16147"/>
    <w:rsid w:val="00A27289"/>
    <w:rsid w:val="00A41FE6"/>
    <w:rsid w:val="00A628B0"/>
    <w:rsid w:val="00A804CB"/>
    <w:rsid w:val="00A833B8"/>
    <w:rsid w:val="00A87AD6"/>
    <w:rsid w:val="00A96D46"/>
    <w:rsid w:val="00AA1D8D"/>
    <w:rsid w:val="00AB0EA5"/>
    <w:rsid w:val="00AB6079"/>
    <w:rsid w:val="00AC091A"/>
    <w:rsid w:val="00AC3458"/>
    <w:rsid w:val="00AD18D6"/>
    <w:rsid w:val="00AD21A2"/>
    <w:rsid w:val="00AE46AC"/>
    <w:rsid w:val="00AE5114"/>
    <w:rsid w:val="00AE69A3"/>
    <w:rsid w:val="00AF6566"/>
    <w:rsid w:val="00B04AE2"/>
    <w:rsid w:val="00B05723"/>
    <w:rsid w:val="00B17327"/>
    <w:rsid w:val="00B20F00"/>
    <w:rsid w:val="00B27EE2"/>
    <w:rsid w:val="00B361F1"/>
    <w:rsid w:val="00B36EE2"/>
    <w:rsid w:val="00B47730"/>
    <w:rsid w:val="00B51167"/>
    <w:rsid w:val="00B530B6"/>
    <w:rsid w:val="00B6337A"/>
    <w:rsid w:val="00B731C4"/>
    <w:rsid w:val="00B8030D"/>
    <w:rsid w:val="00B922FA"/>
    <w:rsid w:val="00B95F7C"/>
    <w:rsid w:val="00BA070D"/>
    <w:rsid w:val="00BA18F6"/>
    <w:rsid w:val="00BA4BCE"/>
    <w:rsid w:val="00BB3E21"/>
    <w:rsid w:val="00BF7DAE"/>
    <w:rsid w:val="00C02AA6"/>
    <w:rsid w:val="00C06B9D"/>
    <w:rsid w:val="00C20084"/>
    <w:rsid w:val="00C33DE7"/>
    <w:rsid w:val="00C4002E"/>
    <w:rsid w:val="00C626D5"/>
    <w:rsid w:val="00C80D09"/>
    <w:rsid w:val="00C94547"/>
    <w:rsid w:val="00CB0664"/>
    <w:rsid w:val="00CC3219"/>
    <w:rsid w:val="00CE55F8"/>
    <w:rsid w:val="00CF59EC"/>
    <w:rsid w:val="00D03591"/>
    <w:rsid w:val="00D3529B"/>
    <w:rsid w:val="00D41D49"/>
    <w:rsid w:val="00D4452C"/>
    <w:rsid w:val="00D51BF5"/>
    <w:rsid w:val="00D72AEA"/>
    <w:rsid w:val="00D80A14"/>
    <w:rsid w:val="00DB7060"/>
    <w:rsid w:val="00DD30CB"/>
    <w:rsid w:val="00E03475"/>
    <w:rsid w:val="00E41D0A"/>
    <w:rsid w:val="00E43965"/>
    <w:rsid w:val="00E50F71"/>
    <w:rsid w:val="00E51954"/>
    <w:rsid w:val="00E5648E"/>
    <w:rsid w:val="00E7014A"/>
    <w:rsid w:val="00E77838"/>
    <w:rsid w:val="00E91336"/>
    <w:rsid w:val="00EA746F"/>
    <w:rsid w:val="00EA7858"/>
    <w:rsid w:val="00EB1854"/>
    <w:rsid w:val="00EC43BD"/>
    <w:rsid w:val="00ED1542"/>
    <w:rsid w:val="00EE0826"/>
    <w:rsid w:val="00EE7DE6"/>
    <w:rsid w:val="00F04867"/>
    <w:rsid w:val="00F11250"/>
    <w:rsid w:val="00F24F55"/>
    <w:rsid w:val="00F31E66"/>
    <w:rsid w:val="00F75D5A"/>
    <w:rsid w:val="00F82862"/>
    <w:rsid w:val="00F94CED"/>
    <w:rsid w:val="00FA7032"/>
    <w:rsid w:val="00FB199A"/>
    <w:rsid w:val="00FB3AE8"/>
    <w:rsid w:val="00FB6D56"/>
    <w:rsid w:val="00FC2EF3"/>
    <w:rsid w:val="00FC406E"/>
    <w:rsid w:val="00FC693F"/>
    <w:rsid w:val="00FD319F"/>
    <w:rsid w:val="00FE496B"/>
    <w:rsid w:val="1BFA6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3EFE68F"/>
  <w14:defaultImageDpi w14:val="300"/>
  <w15:docId w15:val="{E2F2144A-7AA2-4109-9517-1910A91BB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alutation">
    <w:name w:val="Salutation"/>
    <w:basedOn w:val="Normal"/>
    <w:next w:val="Normal"/>
    <w:link w:val="SalutationChar"/>
    <w:uiPriority w:val="99"/>
    <w:unhideWhenUsed/>
    <w:rsid w:val="00AE69A3"/>
    <w:rPr>
      <w:rFonts w:ascii="DengXian Light" w:eastAsia="DengXian Light" w:hAnsi="DengXian Light"/>
      <w:lang w:eastAsia="zh-CN"/>
    </w:rPr>
  </w:style>
  <w:style w:type="character" w:customStyle="1" w:styleId="SalutationChar">
    <w:name w:val="Salutation Char"/>
    <w:basedOn w:val="DefaultParagraphFont"/>
    <w:link w:val="Salutation"/>
    <w:uiPriority w:val="99"/>
    <w:rsid w:val="00AE69A3"/>
    <w:rPr>
      <w:rFonts w:ascii="DengXian Light" w:eastAsia="DengXian Light" w:hAnsi="DengXian Light"/>
      <w:lang w:eastAsia="zh-CN"/>
    </w:rPr>
  </w:style>
  <w:style w:type="paragraph" w:styleId="Closing">
    <w:name w:val="Closing"/>
    <w:basedOn w:val="Normal"/>
    <w:link w:val="ClosingChar"/>
    <w:uiPriority w:val="99"/>
    <w:unhideWhenUsed/>
    <w:rsid w:val="00AE69A3"/>
    <w:pPr>
      <w:ind w:leftChars="2100" w:left="100"/>
    </w:pPr>
    <w:rPr>
      <w:rFonts w:ascii="DengXian Light" w:eastAsia="DengXian Light" w:hAnsi="DengXian Light"/>
      <w:lang w:eastAsia="zh-CN"/>
    </w:rPr>
  </w:style>
  <w:style w:type="character" w:customStyle="1" w:styleId="ClosingChar">
    <w:name w:val="Closing Char"/>
    <w:basedOn w:val="DefaultParagraphFont"/>
    <w:link w:val="Closing"/>
    <w:uiPriority w:val="99"/>
    <w:rsid w:val="00AE69A3"/>
    <w:rPr>
      <w:rFonts w:ascii="DengXian Light" w:eastAsia="DengXian Light" w:hAnsi="DengXian Light"/>
      <w:lang w:eastAsia="zh-CN"/>
    </w:rPr>
  </w:style>
  <w:style w:type="character" w:styleId="Hyperlink">
    <w:name w:val="Hyperlink"/>
    <w:basedOn w:val="DefaultParagraphFont"/>
    <w:uiPriority w:val="99"/>
    <w:unhideWhenUsed/>
    <w:rsid w:val="0039288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74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cn.credit.collections@maersk.com" TargetMode="External"/><Relationship Id="rId18" Type="http://schemas.openxmlformats.org/officeDocument/2006/relationships/oleObject" Target="embeddings/oleObject1.bin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3.emf"/><Relationship Id="rId7" Type="http://schemas.openxmlformats.org/officeDocument/2006/relationships/settings" Target="settings.xml"/><Relationship Id="rId12" Type="http://schemas.openxmlformats.org/officeDocument/2006/relationships/hyperlink" Target="mailto:cn.cash.collections@maersk.com" TargetMode="External"/><Relationship Id="rId17" Type="http://schemas.openxmlformats.org/officeDocument/2006/relationships/image" Target="media/image1.emf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mailto:cn.import@maersk.com" TargetMode="External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RECOU@maersk.com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mailto:cn.east.export@maersk.com" TargetMode="Externa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2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Disputes@maersk.com" TargetMode="External"/><Relationship Id="rId22" Type="http://schemas.openxmlformats.org/officeDocument/2006/relationships/oleObject" Target="embeddings/Microsoft_Excel_97-2003_Worksheet.xls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944a39-0e7c-451c-a0c5-8005e53c66aa" xsi:nil="true"/>
    <lcf76f155ced4ddcb4097134ff3c332f xmlns="a8be3666-6fb2-4493-8793-295186a25db3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009A868508E5EE45AE4B5701FF3616FD" ma:contentTypeVersion="15" ma:contentTypeDescription="新建文档。" ma:contentTypeScope="" ma:versionID="d3766c4e64ec3a1761652f7da45adcc7">
  <xsd:schema xmlns:xsd="http://www.w3.org/2001/XMLSchema" xmlns:xs="http://www.w3.org/2001/XMLSchema" xmlns:p="http://schemas.microsoft.com/office/2006/metadata/properties" xmlns:ns2="a8be3666-6fb2-4493-8793-295186a25db3" xmlns:ns3="d3944a39-0e7c-451c-a0c5-8005e53c66aa" targetNamespace="http://schemas.microsoft.com/office/2006/metadata/properties" ma:root="true" ma:fieldsID="ac40eba8a3b8d93db1af5d2f7f8824bc" ns2:_="" ns3:_="">
    <xsd:import namespace="a8be3666-6fb2-4493-8793-295186a25db3"/>
    <xsd:import namespace="d3944a39-0e7c-451c-a0c5-8005e53c66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be3666-6fb2-4493-8793-295186a25d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图像标记" ma:readOnly="false" ma:fieldId="{5cf76f15-5ced-4ddc-b409-7134ff3c332f}" ma:taxonomyMulti="true" ma:sspId="c1972f45-99e4-4d95-9530-8f50712244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944a39-0e7c-451c-a0c5-8005e53c66a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共享对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共享对象详细信息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e83fe72-ce54-4ac8-a340-481d5d137c1b}" ma:internalName="TaxCatchAll" ma:showField="CatchAllData" ma:web="d3944a39-0e7c-451c-a0c5-8005e53c66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D06BA4-FA48-4A2C-BF4D-BA436E86C9A6}">
  <ds:schemaRefs>
    <ds:schemaRef ds:uri="http://schemas.microsoft.com/office/2006/metadata/properties"/>
    <ds:schemaRef ds:uri="http://schemas.microsoft.com/office/infopath/2007/PartnerControls"/>
    <ds:schemaRef ds:uri="d3944a39-0e7c-451c-a0c5-8005e53c66aa"/>
    <ds:schemaRef ds:uri="a8be3666-6fb2-4493-8793-295186a25db3"/>
  </ds:schemaRefs>
</ds:datastoreItem>
</file>

<file path=customXml/itemProps2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2B5041B-61C3-4EC4-AC9B-13BC96B92F3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7CE48B6-0F00-4F89-BDCF-EB287C5F64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be3666-6fb2-4493-8793-295186a25db3"/>
    <ds:schemaRef ds:uri="d3944a39-0e7c-451c-a0c5-8005e53c66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</Words>
  <Characters>1133</Characters>
  <Application>Microsoft Office Word</Application>
  <DocSecurity>0</DocSecurity>
  <Lines>9</Lines>
  <Paragraphs>2</Paragraphs>
  <ScaleCrop>false</ScaleCrop>
  <Manager/>
  <Company/>
  <LinksUpToDate>false</LinksUpToDate>
  <CharactersWithSpaces>1329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Shirley Xiao Dan Hu</cp:lastModifiedBy>
  <cp:revision>2</cp:revision>
  <dcterms:created xsi:type="dcterms:W3CDTF">2026-06-15T05:18:00Z</dcterms:created>
  <dcterms:modified xsi:type="dcterms:W3CDTF">2026-06-15T05:18:00Z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300edcb,31f03cce,2d8d948d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Classification: Internal</vt:lpwstr>
  </property>
  <property fmtid="{D5CDD505-2E9C-101B-9397-08002B2CF9AE}" pid="5" name="MSIP_Label_71bba39d-4745-4e9d-97db-0c1927b54242_Enabled">
    <vt:lpwstr>true</vt:lpwstr>
  </property>
  <property fmtid="{D5CDD505-2E9C-101B-9397-08002B2CF9AE}" pid="6" name="MSIP_Label_71bba39d-4745-4e9d-97db-0c1927b54242_SetDate">
    <vt:lpwstr>2025-02-27T08:07:12Z</vt:lpwstr>
  </property>
  <property fmtid="{D5CDD505-2E9C-101B-9397-08002B2CF9AE}" pid="7" name="MSIP_Label_71bba39d-4745-4e9d-97db-0c1927b54242_Method">
    <vt:lpwstr>Privileged</vt:lpwstr>
  </property>
  <property fmtid="{D5CDD505-2E9C-101B-9397-08002B2CF9AE}" pid="8" name="MSIP_Label_71bba39d-4745-4e9d-97db-0c1927b54242_Name">
    <vt:lpwstr>Internal</vt:lpwstr>
  </property>
  <property fmtid="{D5CDD505-2E9C-101B-9397-08002B2CF9AE}" pid="9" name="MSIP_Label_71bba39d-4745-4e9d-97db-0c1927b54242_SiteId">
    <vt:lpwstr>05d75c05-fa1a-42e7-9cf1-eb416c396f2d</vt:lpwstr>
  </property>
  <property fmtid="{D5CDD505-2E9C-101B-9397-08002B2CF9AE}" pid="10" name="MSIP_Label_71bba39d-4745-4e9d-97db-0c1927b54242_ActionId">
    <vt:lpwstr>b17d0f6a-ae4f-41b6-8044-4210a3edd06d</vt:lpwstr>
  </property>
  <property fmtid="{D5CDD505-2E9C-101B-9397-08002B2CF9AE}" pid="11" name="MSIP_Label_71bba39d-4745-4e9d-97db-0c1927b54242_ContentBits">
    <vt:lpwstr>2</vt:lpwstr>
  </property>
  <property fmtid="{D5CDD505-2E9C-101B-9397-08002B2CF9AE}" pid="12" name="ContentTypeId">
    <vt:lpwstr>0x010100009A868508E5EE45AE4B5701FF3616FD</vt:lpwstr>
  </property>
  <property fmtid="{D5CDD505-2E9C-101B-9397-08002B2CF9AE}" pid="13" name="MediaServiceImageTags">
    <vt:lpwstr/>
  </property>
</Properties>
</file>